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身份证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0362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a45b0ab-9303-4615-b901-d1690ac6eedb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036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40688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60e7ea7-06c3-4113-a885-288a6c878f9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068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毕业证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4066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98daeff-1846-4c0b-a34b-719faebf135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40664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