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104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b388e19-d631-48b9-bc49-c5ed8a34891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10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1217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e16cba3-a28a-4784-8f50-22cef5db7de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121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毕业证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3138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38c6b4-768a-48e2-b39f-a45dfba1fdb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3138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