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Bdr/>
        <w:spacing w:line="360" w:lineRule="auto" w:before="0" w:after="0"/>
        <w:ind w:firstLine="420"/>
        <w:rPr/>
      </w:pPr>
      <w:r/>
    </w:p>
    <w:tbl>
      <w:tblPr>
        <w:tblStyle w:val="2_964"/>
        <w:tblStyleColBandSize w:val="2"/>
        <w:tblW w:w="5000" w:type="pct"/>
        <w:tblBorders>
          <w:top w:val="single" w:color="333333" w:sz="4" w:space="0"/>
          <w:left w:val="single" w:color="333333" w:sz="4" w:space="0"/>
          <w:bottom w:val="single" w:color="333333" w:sz="4" w:space="0"/>
          <w:right w:val="single" w:color="333333" w:sz="4" w:space="0"/>
          <w:insideH w:val="single" w:color="333333" w:sz="4" w:space="0"/>
          <w:insideV w:val="single" w:color="333333" w:sz="4" w:space="0"/>
        </w:tblBorders>
        <w:tblLook w:val="01E0" w:firstRow="1" w:lastRow="1" w:firstColumn="1" w:lastColumn="1" w:noHBand="0" w:noVBand="0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工作岗位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姓名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性别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年龄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学历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职称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专业特长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从业时间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Email地址</w:t>
            </w:r>
            <w:r/>
          </w:p>
        </w:tc>
      </w:tr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岗位操作人员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刘飞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男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52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客货司机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驾驶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22年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</w:tr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岗位操作人员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陈志会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男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36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客货司机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驾驶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10年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</w:tr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岗位操作人员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管景红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男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57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客货司机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驾驶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28年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</w:tr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岗位操作人员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张涛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男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57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客货司机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驾驶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30年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</w:tr>
      <w:tr>
        <w:trPr/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岗位操作人员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王阳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男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43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客货司机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驾驶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20年</w:t>
            </w:r>
            <w:r/>
          </w:p>
        </w:tc>
        <w:tc>
          <w:tcPr>
            <w:tcBorders/>
            <w:textDirection w:val="lrTb"/>
            <w:noWrap w:val="false"/>
          </w:tcPr>
          <w:p>
            <w:pPr>
              <w:pBdr/>
              <w:spacing/>
              <w:ind/>
              <w:rPr/>
            </w:pPr>
            <w:r/>
            <w:r>
              <w:t xml:space="preserve">/</w:t>
            </w:r>
            <w:r/>
          </w:p>
        </w:tc>
      </w:tr>
    </w:tbl>
    <w:p>
      <w:pPr>
        <w:pBdr/>
        <w:spacing w:line="360" w:lineRule="auto" w:before="0" w:after="0"/>
        <w:ind w:firstLine="420"/>
        <w:rPr/>
      </w:pPr>
      <w:r/>
    </w:p>
    <w:p>
      <w:pPr>
        <w:pStyle w:val="Heading4"/>
        <w:spacing w:line="360" w:lineRule="auto" w:before="0" w:after="0"/>
        <w:ind w:firstLine="420"/>
      </w:pPr>
      <w:r>
        <w:t>刘飞</w:t>
      </w:r>
    </w:p>
    <w:p>
      <w:pPr>
        <w:pStyle w:val="Heading5"/>
        <w:spacing w:line="360" w:lineRule="auto" w:before="0" w:after="0"/>
        <w:ind w:firstLine="420"/>
      </w:pPr>
      <w:r>
        <w:t>身份证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29102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4dc885c-1eec-4b0d-90ba-053ee519f375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2910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45447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3d26cd8-269a-435f-b702-d4694e58bb5b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454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0371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de7546a-58a9-4fd3-9ea8-0a70669423dd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037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08783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71895e0-1fe5-4281-80a3-45b90c987e1a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08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准驾证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13686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e44021e-691d-45e3-aa50-abb1847f2af7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13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劳动合同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79c9114-9614-43c1-8731-d800f6feb10e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健康证明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170821c-d5ef-49fd-ac98-1ec7c9978dd6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147973-17a2-40e7-83aa-0217d4201f75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aab2ae-c123-4e3e-8573-dd3065c7fde7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1976931-e48a-485b-a166-60b14684cc3a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14854d5-88ae-4b73-a5d4-99347030185c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7f27be4-a4a5-4acc-9d94-b7ad1d3500e9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612d63-870c-4245-9489-a1e65bc53d2a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9208ce0-24d2-49a3-928f-c6477163ec5e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1f43056-f16d-4edb-be62-d8c3e8c27a66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张涛</w:t>
      </w:r>
    </w:p>
    <w:p>
      <w:pPr>
        <w:pStyle w:val="Heading5"/>
        <w:spacing w:line="360" w:lineRule="auto" w:before="0" w:after="0"/>
        <w:ind w:firstLine="420"/>
      </w:pPr>
      <w:r>
        <w:t>身份证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76045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ddf4800-fce9-4038-b759-50ffb1151619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760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42190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1e8041-aed0-4eb5-b644-bfdbe5dcc9ea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4219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30082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17d1fd3-02d9-4644-ab5b-28aa04c0acf0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300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49909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2f8542-9ea4-42e5-9291-33ec06a02f3b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499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准驾证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05770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3610be-7de0-44a6-995c-4695411bf43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05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劳动合同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5a031e-1054-472a-ba71-300147410ee2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健康证明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7fec256-c072-4a32-8e3e-e8f5bf741d8d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4167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afdb907-55de-4acd-9ba6-169317b24425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41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4167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e2c69b0-3f90-4c8f-b217-e581b8bb6da7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41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163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3c339f7-a347-4283-84f0-f1349c294dcb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16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534049-6113-4ff7-b82e-4f9bcb26a434.jpe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王明</w:t>
      </w:r>
    </w:p>
    <w:p>
      <w:pPr>
        <w:pStyle w:val="Heading5"/>
        <w:spacing w:line="360" w:lineRule="auto" w:before="0" w:after="0"/>
        <w:ind w:firstLine="420"/>
      </w:pPr>
      <w:r>
        <w:t>身份证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09454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63ee27-740e-48e6-bac3-2de3d2d22922.jpe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094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14381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561dd0f-1c40-4cd9-a98c-919cf662a240.jpe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143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14381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4fa86f7-ef7d-4d34-9c68-f6f51d99379b.jpe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143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14381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a749d39-e278-44b6-91d8-ab350e8b154a.jpe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143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准驾证</w:t>
      </w:r>
    </w:p>
    <w:p>
      <w:pPr>
        <w:pStyle w:val="Heading5"/>
        <w:spacing w:line="360" w:lineRule="auto" w:before="0" w:after="0"/>
        <w:ind w:firstLine="420"/>
      </w:pPr>
      <w:r>
        <w:t>劳动合同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41ae82-cc1e-4d62-8c48-117ffe47c805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健康证明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69ad7d8-6784-4632-bceb-84a016f94bc7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553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465f789-d28a-4453-9f62-1d934f4df831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5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84591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99286d7-7a46-4a89-94ea-bdfe9373e9b6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845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553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14f16d-42c9-4878-8663-10d80acf85e4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55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4167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736a83-4958-4b65-a094-a5ec88ac2dfc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41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3561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c1566fc-5aa0-480e-a525-e27ee9bd6bab.jpe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356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4167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9c22225-30c5-4782-963f-1fef9401006a.jpe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41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21c837a-7c76-4dce-bba9-21afa7e18e23.jpe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管景红</w:t>
      </w:r>
    </w:p>
    <w:p>
      <w:pPr>
        <w:pStyle w:val="Heading5"/>
        <w:spacing w:line="360" w:lineRule="auto" w:before="0" w:after="0"/>
        <w:ind w:firstLine="420"/>
      </w:pPr>
      <w:r>
        <w:t>身份证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49155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ea70eb-51dd-42c5-a0c8-7c935f53335f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491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91828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e6431c0-b070-4201-a8b1-7c0b40734d7b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918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77730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fc7d158-21b3-4fff-b9a6-7afb84b480e8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777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90428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bf46435-b890-4bb3-9654-aaa744af27bf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90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准驾证</w:t>
      </w:r>
    </w:p>
    <w:p>
      <w:pPr>
        <w:pStyle w:val="Heading5"/>
        <w:spacing w:line="360" w:lineRule="auto" w:before="0" w:after="0"/>
        <w:ind w:firstLine="420"/>
      </w:pPr>
      <w:r>
        <w:t>劳动合同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9ba80c-5e83-4a90-a958-7ee2998a355f.jpe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健康证明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c124ab7-d28e-4300-8de5-7ccc0013ccce.jpe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08615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7b9e24-6938-4b21-bf87-596d5f3de42a.jpe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086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aa121b1-c93f-4fc2-b8be-860e11be05b1.jpe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b95f55f-f027-4641-95e5-ca3d2c248996.jpe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b129fb-04e4-4e35-944a-1b7140823565.jpe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98d4045-104d-4830-9366-961de25d5656.jpe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469052-01db-4abe-a90d-eefaf1fd1b79.jpe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58e280-7136-4622-8c68-667a95ca8b10.jpe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dbaf605-5632-4da4-ad48-df17f80270ec.jpe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5285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ad9d5c-e7b4-4c79-9db7-95d85f8f2333.jpe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52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6275e65-cc77-4d8f-ac5a-2eb700034f80.jpe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7527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f9587b-d74e-46e4-81f6-0fbbdebd3965.jpe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7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陈志会</w:t>
      </w:r>
    </w:p>
    <w:p>
      <w:pPr>
        <w:pStyle w:val="Heading5"/>
        <w:spacing w:line="360" w:lineRule="auto" w:before="0" w:after="0"/>
        <w:ind w:firstLine="420"/>
      </w:pPr>
      <w:r>
        <w:t>身份证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280677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3b72ab7-fca8-431a-9254-6f5db9cddd5c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2806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03936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1042cf4-9363-4b06-aa52-7281d2ec9d15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039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47595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d2e2086-b2ec-407a-8284-36cbf469005d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475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12588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bea6f35-4a37-4f7c-8409-62ae3c39c0de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125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准驾证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19766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f574392-9adf-4e58-ae52-3465825a3c97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197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劳动合同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51a9b3c-41ac-43c9-b1bd-13fd49fe77cc.jpe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健康证明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400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f6922d-d89f-4093-829c-7f1481fe4e2f.jpe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400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616063a-d23b-4477-b711-bb79e5409b43.jpe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400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8d005a0-65f8-40a1-8270-a04c9b2d42bb.jpe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4ae00a-7b63-48d9-a4d7-e1bd76c5cba7.jpe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50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637b71-c8da-457e-b3a8-3f7dd1335980.jpe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50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_964">
    <w:name w:val="CustomTableStyle"/>
    <w:pPr>
      <w:pBdr/>
      <w:spacing/>
      <w:ind/>
    </w:pPr>
    <w:tblP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37" Type="http://schemas.openxmlformats.org/officeDocument/2006/relationships/image" Target="media/image29.jpeg"/><Relationship Id="rId38" Type="http://schemas.openxmlformats.org/officeDocument/2006/relationships/image" Target="media/image30.jpeg"/><Relationship Id="rId39" Type="http://schemas.openxmlformats.org/officeDocument/2006/relationships/image" Target="media/image31.jpe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jpeg"/><Relationship Id="rId45" Type="http://schemas.openxmlformats.org/officeDocument/2006/relationships/image" Target="media/image37.jpeg"/><Relationship Id="rId46" Type="http://schemas.openxmlformats.org/officeDocument/2006/relationships/image" Target="media/image38.jpeg"/><Relationship Id="rId47" Type="http://schemas.openxmlformats.org/officeDocument/2006/relationships/image" Target="media/image39.jpe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jpeg"/><Relationship Id="rId53" Type="http://schemas.openxmlformats.org/officeDocument/2006/relationships/image" Target="media/image45.jpeg"/><Relationship Id="rId54" Type="http://schemas.openxmlformats.org/officeDocument/2006/relationships/image" Target="media/image46.jpeg"/><Relationship Id="rId55" Type="http://schemas.openxmlformats.org/officeDocument/2006/relationships/image" Target="media/image47.jpeg"/><Relationship Id="rId56" Type="http://schemas.openxmlformats.org/officeDocument/2006/relationships/image" Target="media/image48.jpeg"/><Relationship Id="rId57" Type="http://schemas.openxmlformats.org/officeDocument/2006/relationships/image" Target="media/image49.jpeg"/><Relationship Id="rId58" Type="http://schemas.openxmlformats.org/officeDocument/2006/relationships/image" Target="media/image50.jpeg"/><Relationship Id="rId59" Type="http://schemas.openxmlformats.org/officeDocument/2006/relationships/image" Target="media/image51.jpeg"/><Relationship Id="rId60" Type="http://schemas.openxmlformats.org/officeDocument/2006/relationships/image" Target="media/image52.jpeg"/><Relationship Id="rId61" Type="http://schemas.openxmlformats.org/officeDocument/2006/relationships/image" Target="media/image53.jpeg"/><Relationship Id="rId62" Type="http://schemas.openxmlformats.org/officeDocument/2006/relationships/image" Target="media/image54.jpeg"/><Relationship Id="rId63" Type="http://schemas.openxmlformats.org/officeDocument/2006/relationships/image" Target="media/image55.jpeg"/><Relationship Id="rId64" Type="http://schemas.openxmlformats.org/officeDocument/2006/relationships/image" Target="media/image56.jpe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jpeg"/><Relationship Id="rId71" Type="http://schemas.openxmlformats.org/officeDocument/2006/relationships/image" Target="media/image63.jpeg"/><Relationship Id="rId72" Type="http://schemas.openxmlformats.org/officeDocument/2006/relationships/image" Target="media/image64.jpeg"/><Relationship Id="rId73" Type="http://schemas.openxmlformats.org/officeDocument/2006/relationships/image" Target="media/image65.jpeg"/><Relationship Id="rId74" Type="http://schemas.openxmlformats.org/officeDocument/2006/relationships/image" Target="media/image66.jpeg"/><Relationship Id="rId75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