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3250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e8ec9de-51b9-4083-9c7e-5d1b6ad3940b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3250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