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pStyle w:val="Heading4"/>
        <w:spacing w:line="360" w:lineRule="auto" w:before="0" w:after="0"/>
        <w:ind w:firstLine="420"/>
      </w:pPr>
      <w:r>
        <w:t>LHSY-YTJSGS-2023-FW-7729</w:t>
      </w:r>
    </w:p>
    <w:p>
      <w:pPr>
        <w:pStyle w:val="Heading5"/>
        <w:spacing w:line="360" w:lineRule="auto" w:before="0" w:after="0"/>
        <w:ind w:firstLine="420"/>
      </w:pPr>
      <w:r>
        <w:t>合同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96512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b36f325-16df-4c4c-bec9-6546ff2fdce5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9651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96512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b36f325-16df-4c4c-bec9-6546ff2fdce5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9651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96512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b36f325-16df-4c4c-bec9-6546ff2fdce5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9651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70286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f6e0931-af72-49c1-8f8d-bc1d02962ec8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7028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70286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f6e0931-af72-49c1-8f8d-bc1d02962ec8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7028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70286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f6e0931-af72-49c1-8f8d-bc1d02962ec8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7028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12494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1baa1e4-2e88-41d4-916a-8e5d25d6c0a1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1249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12494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1baa1e4-2e88-41d4-916a-8e5d25d6c0a1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1249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512494"/>
            <wp:docPr id="9" name="Picture 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1baa1e4-2e88-41d4-916a-8e5d25d6c0a1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51249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05718"/>
            <wp:docPr id="10" name="Picture 1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ae54aa9-c726-4057-ae0a-f204435b3068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0571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05718"/>
            <wp:docPr id="11" name="Picture 1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ae54aa9-c726-4057-ae0a-f204435b3068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0571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05718"/>
            <wp:docPr id="12" name="Picture 1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ae54aa9-c726-4057-ae0a-f204435b3068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0571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104298"/>
            <wp:docPr id="13" name="Picture 1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7c91277-f6fe-41ab-a90d-45b42bfb0e5b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10429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104298"/>
            <wp:docPr id="14" name="Picture 1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7c91277-f6fe-41ab-a90d-45b42bfb0e5b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10429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104298"/>
            <wp:docPr id="15" name="Picture 1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7c91277-f6fe-41ab-a90d-45b42bfb0e5b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10429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147507"/>
            <wp:docPr id="16" name="Picture 1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2a6c9e4-c26f-404f-8a92-e72ebe78ae9c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14750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147507"/>
            <wp:docPr id="17" name="Picture 1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2a6c9e4-c26f-404f-8a92-e72ebe78ae9c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14750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147507"/>
            <wp:docPr id="18" name="Picture 1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a2a6c9e4-c26f-404f-8a92-e72ebe78ae9c.jp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14750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75952"/>
            <wp:docPr id="19" name="Picture 1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f53e051-f4f4-4fe3-a8a9-ff8b759be86c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759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75952"/>
            <wp:docPr id="20" name="Picture 2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f53e051-f4f4-4fe3-a8a9-ff8b759be86c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759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75952"/>
            <wp:docPr id="21" name="Picture 2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f53e051-f4f4-4fe3-a8a9-ff8b759be86c.jp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7595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16531"/>
            <wp:docPr id="22" name="Picture 2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bc996b1-06fd-46e6-ba15-dd4f129bb7f0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1653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16531"/>
            <wp:docPr id="23" name="Picture 2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bc996b1-06fd-46e6-ba15-dd4f129bb7f0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1653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16531"/>
            <wp:docPr id="24" name="Picture 2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bc996b1-06fd-46e6-ba15-dd4f129bb7f0.jp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1653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32696"/>
            <wp:docPr id="25" name="Picture 2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3f9322e-d8fd-45e8-a01f-6137087a3c50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3269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32696"/>
            <wp:docPr id="26" name="Picture 2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3f9322e-d8fd-45e8-a01f-6137087a3c50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3269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32696"/>
            <wp:docPr id="27" name="Picture 2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53f9322e-d8fd-45e8-a01f-6137087a3c50.jp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3269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61557"/>
            <wp:docPr id="28" name="Picture 2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ff70e2e-a854-4ec5-a39e-f34d26fec413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6155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61557"/>
            <wp:docPr id="29" name="Picture 2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ff70e2e-a854-4ec5-a39e-f34d26fec413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6155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61557"/>
            <wp:docPr id="30" name="Picture 3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ff70e2e-a854-4ec5-a39e-f34d26fec413.jpg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6155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175536"/>
            <wp:docPr id="31" name="Picture 3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1fa5564-401f-4394-99da-d24d55ecc584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17553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175536"/>
            <wp:docPr id="32" name="Picture 3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1fa5564-401f-4394-99da-d24d55ecc584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17553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175536"/>
            <wp:docPr id="33" name="Picture 3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1fa5564-401f-4394-99da-d24d55ecc584.jpg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17553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63770"/>
            <wp:docPr id="34" name="Picture 3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7ba8eaa-56cd-4481-a47d-102d9de4981d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6377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63770"/>
            <wp:docPr id="35" name="Picture 3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7ba8eaa-56cd-4481-a47d-102d9de4981d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6377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63770"/>
            <wp:docPr id="36" name="Picture 3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7ba8eaa-56cd-4481-a47d-102d9de4981d.jpg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6377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92428"/>
            <wp:docPr id="37" name="Picture 3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91bf593-4149-44fa-9c25-788a52a9933d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9242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92428"/>
            <wp:docPr id="38" name="Picture 3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91bf593-4149-44fa-9c25-788a52a9933d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9242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92428"/>
            <wp:docPr id="39" name="Picture 3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91bf593-4149-44fa-9c25-788a52a9933d.jpg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9242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198040"/>
            <wp:docPr id="40" name="Picture 4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e60ba4b-ad74-4b84-acac-5f082d8377e7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19804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198040"/>
            <wp:docPr id="41" name="Picture 4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e60ba4b-ad74-4b84-acac-5f082d8377e7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19804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198040"/>
            <wp:docPr id="42" name="Picture 4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e60ba4b-ad74-4b84-acac-5f082d8377e7.jpg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19804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89688"/>
            <wp:docPr id="43" name="Picture 4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94b4ec7-883a-451d-be45-a308c3ee0e1a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8968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89688"/>
            <wp:docPr id="44" name="Picture 4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94b4ec7-883a-451d-be45-a308c3ee0e1a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8968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89688"/>
            <wp:docPr id="45" name="Picture 4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94b4ec7-883a-451d-be45-a308c3ee0e1a.jpg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8968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099176"/>
            <wp:docPr id="46" name="Picture 4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7fcfe39-4393-4313-934f-09d1367f870a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09917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099176"/>
            <wp:docPr id="47" name="Picture 4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7fcfe39-4393-4313-934f-09d1367f870a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09917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099176"/>
            <wp:docPr id="48" name="Picture 4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77fcfe39-4393-4313-934f-09d1367f870a.jpg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09917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826519"/>
            <wp:docPr id="49" name="Picture 4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e304a4c-d2b3-4803-b134-dfc9d0db2b19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82651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826519"/>
            <wp:docPr id="50" name="Picture 5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e304a4c-d2b3-4803-b134-dfc9d0db2b19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82651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6826519"/>
            <wp:docPr id="51" name="Picture 5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de304a4c-d2b3-4803-b134-dfc9d0db2b19.jp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682651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06021"/>
            <wp:docPr id="52" name="Picture 5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9e33aaa-6301-488c-b836-4f49eac1f304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0602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06021"/>
            <wp:docPr id="53" name="Picture 5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9e33aaa-6301-488c-b836-4f49eac1f304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0602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206021"/>
            <wp:docPr id="54" name="Picture 5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9e33aaa-6301-488c-b836-4f49eac1f304.jp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20602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165181"/>
            <wp:docPr id="55" name="Picture 5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baaf9f0-e973-4e44-9b6f-03c7cc2eddb0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165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165181"/>
            <wp:docPr id="56" name="Picture 5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baaf9f0-e973-4e44-9b6f-03c7cc2eddb0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165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165181"/>
            <wp:docPr id="57" name="Picture 5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baaf9f0-e973-4e44-9b6f-03c7cc2eddb0.jp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1651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5"/>
        <w:spacing w:line="360" w:lineRule="auto" w:before="0" w:after="0"/>
        <w:ind w:firstLine="420"/>
      </w:pPr>
      <w:r>
        <w:t>发票</w:t>
      </w:r>
    </w:p>
    <w:p>
      <w:pPr>
        <w:pStyle w:val="Heading6"/>
        <w:spacing w:line="360" w:lineRule="auto" w:before="0" w:after="0"/>
        <w:ind w:firstLine="420"/>
      </w:pPr>
      <w:r>
        <w:t>23212000000007537169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45647"/>
            <wp:docPr id="58" name="Picture 5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4f6bc758-01ac-45d9-97c3-8cc67bd2c655.png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45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6"/>
        <w:spacing w:line="360" w:lineRule="auto" w:before="0" w:after="0"/>
        <w:ind w:firstLine="420"/>
      </w:pPr>
      <w:r>
        <w:t>23212000000014522706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16342"/>
            <wp:docPr id="59" name="Picture 5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81591ec-a9a9-4f47-9251-a040a8a3acd9.png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1634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6"/>
        <w:spacing w:line="360" w:lineRule="auto" w:before="0" w:after="0"/>
        <w:ind w:firstLine="420"/>
      </w:pPr>
      <w:r>
        <w:t>23212000000030153848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78647"/>
            <wp:docPr id="60" name="Picture 60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d2885f6-0ca8-4c5d-9236-d158ab408c2e.png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7864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619491"/>
            <wp:docPr id="61" name="Picture 6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651676ac-95d6-4918-9745-39e91596d211.png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61949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6"/>
        <w:spacing w:line="360" w:lineRule="auto" w:before="0" w:after="0"/>
        <w:ind w:firstLine="420"/>
      </w:pPr>
      <w:r>
        <w:t>24212000000009790424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28169"/>
            <wp:docPr id="62" name="Picture 6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c0e24baa-c76d-492a-9da4-8d3c260c4628.png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28169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6"/>
        <w:spacing w:line="360" w:lineRule="auto" w:before="0" w:after="0"/>
        <w:ind w:firstLine="420"/>
      </w:pPr>
      <w:r>
        <w:t>24212000000013506240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14768"/>
            <wp:docPr id="63" name="Picture 6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f5be7ff1-2b7e-45fc-a4c8-e4abf45581a4.png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14768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669585"/>
            <wp:docPr id="64" name="Picture 6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96a5afec-cabb-4830-96dd-73975c06702f.png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66958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6"/>
        <w:spacing w:line="360" w:lineRule="auto" w:before="0" w:after="0"/>
        <w:ind w:firstLine="420"/>
      </w:pPr>
      <w:r>
        <w:t>24212000000021544295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72081"/>
            <wp:docPr id="65" name="Picture 6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82c7001e-4152-43f7-8ff1-c51490340a79.png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72081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6"/>
        <w:spacing w:line="360" w:lineRule="auto" w:before="0" w:after="0"/>
        <w:ind w:firstLine="420"/>
      </w:pPr>
      <w:r>
        <w:t>23212000000020260267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4436540"/>
            <wp:docPr id="66" name="Picture 6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b0b7fc1f-74e0-49f2-900b-5110d5ba5a0a.png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443654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6"/>
        <w:spacing w:line="360" w:lineRule="auto" w:before="0" w:after="0"/>
        <w:ind w:firstLine="420"/>
      </w:pPr>
      <w:r>
        <w:t>23212000000027532564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470814"/>
            <wp:docPr id="67" name="Picture 6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f438051-3bde-4013-b0ac-78f5c4d9ce0f.png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470814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6"/>
        <w:spacing w:line="360" w:lineRule="auto" w:before="0" w:after="0"/>
        <w:ind w:firstLine="420"/>
      </w:pPr>
      <w:r>
        <w:t>24212000000030463026</w:t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7311867"/>
            <wp:docPr id="68" name="Picture 6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e1b6e7cb-e614-4a04-b5b9-604b9580bf76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731186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spacing w:line="360" w:lineRule="auto" w:before="0" w:after="0"/>
        <w:ind w:firstLine="420"/>
      </w:pPr>
      <w:r>
        <w:drawing>
          <wp:inline xmlns:a="http://schemas.openxmlformats.org/drawingml/2006/main" xmlns:pic="http://schemas.openxmlformats.org/drawingml/2006/picture">
            <wp:extent cx="5274000" cy="3664085"/>
            <wp:docPr id="69" name="Picture 69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0bb1f618-8eb5-4748-8421-890021cec85b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000" cy="3664085"/>
                    </a:xfrm>
                    <a:prstGeom prst="rect"/>
                  </pic:spPr>
                </pic:pic>
              </a:graphicData>
            </a:graphic>
          </wp:inline>
        </w:drawing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  <w:rPr>
      <w:rFonts w:ascii="宋体" w:hAnsi="宋体" w:eastAsia="宋体"/>
      <w:color w:val="000000"/>
      <w:sz w:val="21"/>
    </w:rPr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44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32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 w:ascii="宋体" w:hAnsi="宋体" w:eastAsia="宋体"/>
      <w:b/>
      <w:bCs/>
      <w:color w:val="000000"/>
      <w:sz w:val="32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 w:ascii="宋体" w:hAnsi="宋体" w:eastAsia="宋体"/>
      <w:b/>
      <w:bCs/>
      <w:i/>
      <w:iCs/>
      <w:color w:val="000000"/>
      <w:sz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 w:ascii="宋体" w:hAnsi="宋体" w:eastAsia="宋体"/>
      <w:b/>
      <w:color w:val="000000"/>
      <w:sz w:val="28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4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 w:ascii="宋体" w:hAnsi="宋体" w:eastAsia="宋体"/>
      <w:b/>
      <w:color w:val="000000"/>
      <w:sz w:val="24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 w:ascii="宋体" w:hAnsi="宋体" w:eastAsia="宋体"/>
      <w:b/>
      <w:i/>
      <w:iCs/>
      <w:color w:val="000000"/>
      <w:sz w:val="21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image" Target="media/image1.jpg"/><Relationship Id="rId10" Type="http://schemas.openxmlformats.org/officeDocument/2006/relationships/image" Target="media/image2.jpg"/><Relationship Id="rId11" Type="http://schemas.openxmlformats.org/officeDocument/2006/relationships/image" Target="media/image3.jpg"/><Relationship Id="rId12" Type="http://schemas.openxmlformats.org/officeDocument/2006/relationships/image" Target="media/image4.jpg"/><Relationship Id="rId13" Type="http://schemas.openxmlformats.org/officeDocument/2006/relationships/image" Target="media/image5.jpg"/><Relationship Id="rId14" Type="http://schemas.openxmlformats.org/officeDocument/2006/relationships/image" Target="media/image6.jpg"/><Relationship Id="rId15" Type="http://schemas.openxmlformats.org/officeDocument/2006/relationships/image" Target="media/image7.jpg"/><Relationship Id="rId16" Type="http://schemas.openxmlformats.org/officeDocument/2006/relationships/image" Target="media/image8.jpg"/><Relationship Id="rId17" Type="http://schemas.openxmlformats.org/officeDocument/2006/relationships/image" Target="media/image9.jpg"/><Relationship Id="rId18" Type="http://schemas.openxmlformats.org/officeDocument/2006/relationships/image" Target="media/image10.jpg"/><Relationship Id="rId19" Type="http://schemas.openxmlformats.org/officeDocument/2006/relationships/image" Target="media/image11.jpg"/><Relationship Id="rId20" Type="http://schemas.openxmlformats.org/officeDocument/2006/relationships/image" Target="media/image12.jpg"/><Relationship Id="rId21" Type="http://schemas.openxmlformats.org/officeDocument/2006/relationships/image" Target="media/image13.jpg"/><Relationship Id="rId22" Type="http://schemas.openxmlformats.org/officeDocument/2006/relationships/image" Target="media/image14.jpg"/><Relationship Id="rId23" Type="http://schemas.openxmlformats.org/officeDocument/2006/relationships/image" Target="media/image15.jpg"/><Relationship Id="rId24" Type="http://schemas.openxmlformats.org/officeDocument/2006/relationships/image" Target="media/image16.jpg"/><Relationship Id="rId25" Type="http://schemas.openxmlformats.org/officeDocument/2006/relationships/image" Target="media/image17.jpg"/><Relationship Id="rId26" Type="http://schemas.openxmlformats.org/officeDocument/2006/relationships/image" Target="media/image18.jpg"/><Relationship Id="rId27" Type="http://schemas.openxmlformats.org/officeDocument/2006/relationships/image" Target="media/image19.jpg"/><Relationship Id="rId28" Type="http://schemas.openxmlformats.org/officeDocument/2006/relationships/image" Target="media/image20.png"/><Relationship Id="rId29" Type="http://schemas.openxmlformats.org/officeDocument/2006/relationships/image" Target="media/image21.png"/><Relationship Id="rId30" Type="http://schemas.openxmlformats.org/officeDocument/2006/relationships/image" Target="media/image22.png"/><Relationship Id="rId31" Type="http://schemas.openxmlformats.org/officeDocument/2006/relationships/image" Target="media/image23.png"/><Relationship Id="rId32" Type="http://schemas.openxmlformats.org/officeDocument/2006/relationships/image" Target="media/image24.png"/><Relationship Id="rId33" Type="http://schemas.openxmlformats.org/officeDocument/2006/relationships/image" Target="media/image25.png"/><Relationship Id="rId34" Type="http://schemas.openxmlformats.org/officeDocument/2006/relationships/image" Target="media/image26.png"/><Relationship Id="rId35" Type="http://schemas.openxmlformats.org/officeDocument/2006/relationships/image" Target="media/image27.png"/><Relationship Id="rId36" Type="http://schemas.openxmlformats.org/officeDocument/2006/relationships/image" Target="media/image28.png"/><Relationship Id="rId37" Type="http://schemas.openxmlformats.org/officeDocument/2006/relationships/image" Target="media/image29.png"/><Relationship Id="rId38" Type="http://schemas.openxmlformats.org/officeDocument/2006/relationships/image" Target="media/image30.png"/><Relationship Id="rId39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