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质量管理体系认证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74a5c4-8d85-4fb3-911c-da8ab766028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2-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质量管理体系证书网络截图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2019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网站截图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201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