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PJCH-JT-02</w:t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330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935c89-db74-4f75-9560-bb9863afb71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3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330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6b1e6e8-933d-406c-86d7-d76cbfa52d2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3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330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9dabc54-4956-489d-83db-f3569027dc8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3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330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42ee2f7-5129-4fa6-ac6c-d2ae6f862cc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3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330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c1076b8-f178-4735-acca-f744286a43e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3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330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7805915-69dc-4d24-be62-f8b87c106af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3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3301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bc401b8-b0ae-4173-b2fa-94cb681dcf5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3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3301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d849d29-58ac-4a9c-8354-1808dcea1d5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3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529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cb31ff3-ca77-4546-aec5-c9b40947167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52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PJCH-JT-03</w:t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3165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c81f1cb-8cbb-4914-a2e9-c1cfc14ffa4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316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389141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75b45a6-b3ab-4043-aaf6-7fc8015aaf0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3891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852109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8ced5c-99bb-4e12-8038-55397117e4c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8521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14245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34b31c7-b973-4e68-94c7-bcb10b07d33a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142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66714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efab9a-c662-4234-b727-712c041d829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667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48664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79e1517-b9b5-43db-a1f3-ffb4a2cc0c8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486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338589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d17f88-d459-4267-8f83-ce293093149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3385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790251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b329f77-e58e-4d07-91ff-d950562564db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7902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5291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812473c-fe88-48a7-a218-a96c50ab9ebe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52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XTXF-YW-01</w:t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99423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b65a61c-cb7d-4e74-b381-5ce5cf6beeca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9942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8159569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9146d72-9f3e-4b82-a010-c28df94493f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81595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661985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30f2aa9-0aab-44e6-a317-65e47f1bfa2e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6619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98578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15448e6-6de5-4c58-a0e1-a6f043ff63b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98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695525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6855353-96dc-41aa-954a-d214e99ac370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695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99423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e3faedd-4131-4910-bb77-9f4e1ffcab35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9942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610389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26f281c-3395-4c47-b6e5-25dd63fdde77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6103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5291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a359f4b-b371-45f7-ae69-7adfd445d26f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52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PJCH-JT</w:t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3301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53aa7a2-b987-45ea-be77-2d1a3cc46aa1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3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3301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0502de0-b2f9-4151-809e-7c6a65bbe576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3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3301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3caf4ce-2c45-47fb-8ce3-ebf7e940bc70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3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3301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cc0c3b3-f301-4b5d-89fb-6bc3b9a70687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3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3301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b67a21f-bc58-47ce-8339-3a364f6b1618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3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3301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7e0d1db-64b3-4a3e-804b-fe6728dbde50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3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3301"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7fede87-4794-4cb8-85da-4d78dc15d7bd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3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3301"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f764835-423e-4114-a952-91441d8e1173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33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5291"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4414689-a34e-4f0e-89ff-4f65ebb96589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529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37" Type="http://schemas.openxmlformats.org/officeDocument/2006/relationships/image" Target="media/image29.jpg"/><Relationship Id="rId38" Type="http://schemas.openxmlformats.org/officeDocument/2006/relationships/image" Target="media/image30.jpg"/><Relationship Id="rId39" Type="http://schemas.openxmlformats.org/officeDocument/2006/relationships/image" Target="media/image31.jpg"/><Relationship Id="rId40" Type="http://schemas.openxmlformats.org/officeDocument/2006/relationships/image" Target="media/image32.jpg"/><Relationship Id="rId41" Type="http://schemas.openxmlformats.org/officeDocument/2006/relationships/image" Target="media/image33.jpg"/><Relationship Id="rId42" Type="http://schemas.openxmlformats.org/officeDocument/2006/relationships/image" Target="media/image34.jpg"/><Relationship Id="rId43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