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63167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70531d9d-c843-4797-b153-a4e169f580f4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63167"/>
                    </a:xfrm>
                    <a:prstGeom prst="rect"/>
                  </pic:spPr>
                </pic:pic>
              </a:graphicData>
            </a:graphic>
          </wp:inline>
        </w:drawing>
      </w:r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  <w:rPr>
      <w:rFonts w:ascii="宋体" w:hAnsi="宋体" w:eastAsia="宋体"/>
      <w:color w:val="000000"/>
      <w:sz w:val="21"/>
    </w:rPr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 w:ascii="宋体" w:hAnsi="宋体" w:eastAsia="宋体"/>
      <w:b/>
      <w:bCs/>
      <w:color w:val="000000"/>
      <w:sz w:val="44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 w:ascii="宋体" w:hAnsi="宋体" w:eastAsia="宋体"/>
      <w:b/>
      <w:bCs/>
      <w:color w:val="000000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 w:ascii="宋体" w:hAnsi="宋体" w:eastAsia="宋体"/>
      <w:b/>
      <w:bCs/>
      <w:color w:val="000000"/>
      <w:sz w:val="3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 w:ascii="宋体" w:hAnsi="宋体" w:eastAsia="宋体"/>
      <w:b/>
      <w:bCs/>
      <w:i/>
      <w:iCs/>
      <w:color w:val="000000"/>
      <w:sz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 w:ascii="宋体" w:hAnsi="宋体" w:eastAsia="宋体"/>
      <w:b/>
      <w:color w:val="000000"/>
      <w:sz w:val="28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 w:ascii="宋体" w:hAnsi="宋体" w:eastAsia="宋体"/>
      <w:b/>
      <w:i/>
      <w:iCs/>
      <w:color w:val="000000"/>
      <w:sz w:val="24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 w:ascii="宋体" w:hAnsi="宋体" w:eastAsia="宋体"/>
      <w:b/>
      <w:i/>
      <w:iCs/>
      <w:color w:val="000000"/>
      <w:sz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 w:ascii="宋体" w:hAnsi="宋体" w:eastAsia="宋体"/>
      <w:b/>
      <w:color w:val="000000"/>
      <w:sz w:val="24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 w:ascii="宋体" w:hAnsi="宋体" w:eastAsia="宋体"/>
      <w:b/>
      <w:i/>
      <w:iCs/>
      <w:color w:val="000000"/>
      <w:sz w:val="21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