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丛林</w:t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55796de-7e3a-4744-91aa-58ee3088c33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0f5da14-c2fd-47f0-bb9f-ccbc8c649c6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9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91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89b38d2-f98f-412d-93c4-496d3aef219f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9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377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4e9d68d-c217-4ec3-b3f1-2c6a8d933c7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3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4bd0eed-09c6-448c-aeb6-4c782887d3ea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b7c133d-d2c2-49de-b532-9578f86fbc0b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fe12982-5c7b-457d-b44b-725be0961eb9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社保证明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377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63b26ea-6260-4ead-93fd-2dedd3aba7ac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37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阚治江</w:t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048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c1b412-e9e4-40bb-ac7b-76a0e4d4e16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0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60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2e91aa8-fe68-4f47-beea-707ac919aad9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6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3255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a28b2a8-8f11-4ef9-83dd-2b9f1d1129ec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325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025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ef6f89a-c329-4f42-92a1-9174a3534cfa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17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7e881a1-2e11-455e-b52d-a968b19f5d63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1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2937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a589bb5-cd9e-44c1-a852-bf7d3f703aa5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2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306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f90856e-d6c2-426c-bf9e-13cf93792aa0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3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30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9c68284-5428-404b-96c0-64a7a05bc6e6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3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社保证明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377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be4caa6-1966-484f-a5f8-05b2965fec0d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37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陈彬</w:t>
      </w:r>
    </w:p>
    <w:p>
      <w:pPr>
        <w:pStyle w:val="Heading5"/>
        <w:spacing w:line="360" w:lineRule="auto" w:before="0" w:after="0"/>
        <w:ind w:firstLine="420"/>
      </w:pPr>
      <w:r>
        <w:t>劳动合同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678ae16-ef29-410e-b1af-b670d43d2726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1773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84ab3d-e5c9-4b59-b14b-3e752fdb5a58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1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83adb0-b1c6-49d8-a4d9-5a845102e09a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21f548-ee5b-49f4-9391-71632d100d61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1f1bde5-d7ea-456c-8841-70622d8eee68.jpe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f7165eb-5de6-4f0b-8261-0c33a85f3b83.jpe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0912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0aac00c-c168-40f6-bb3d-4b1ef9bae30b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09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社保证明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3778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b3c52e1-d8f5-42dd-8e75-d32af38c1e32.jpe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3778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