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16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7ff066-56e1-440f-9815-7edfe6fdf84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167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