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16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120d315-e295-461b-a9cd-ce68d22a81a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167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