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  <w:spacing w:line="360" w:lineRule="auto" w:before="0" w:after="0"/>
        <w:ind w:firstLine="420"/>
      </w:pPr>
      <w:r>
        <w:t>资格证明文件</w:t>
      </w:r>
    </w:p>
    <w:p>
      <w:pPr>
        <w:pStyle w:val="Heading2"/>
        <w:spacing w:line="360" w:lineRule="auto" w:before="0" w:after="0"/>
        <w:ind w:firstLine="420"/>
      </w:pPr>
      <w:r>
        <w:t>投标书</w:t>
      </w:r>
    </w:p>
    <w:p>
      <w:pPr>
        <w:pStyle w:val="Heading2"/>
        <w:spacing w:line="360" w:lineRule="auto" w:before="0" w:after="0"/>
        <w:ind w:firstLine="420"/>
      </w:pPr>
      <w:r>
        <w:t>法定代表人授权委托书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center"/>
        <w:rPr>
          <w:rFonts w:ascii="宋体" w:hAnsi="宋体" w:cs="宋体"/>
        </w:rPr>
      </w:pPr>
      <w:r>
        <w:rPr>
          <w:rFonts w:ascii="宋体" w:hAnsi="宋体" w:eastAsia="宋体" w:cs="宋体"/>
          <w:b/>
          <w:color w:val="000000"/>
          <w:sz w:val="28"/>
        </w:rPr>
        <w:t xml:space="preserve">法定代表人身份证明</w:t>
      </w:r>
      <w:r>
        <w:rPr>
          <w:rFonts w:ascii="宋体" w:hAnsi="宋体" w:eastAsia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center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z w:val="27"/>
        </w:rPr>
        <w:t xml:space="preserve">（如以法定代表人身份投标用此表）</w:t>
      </w:r>
      <w:r>
        <w:rPr>
          <w:rFonts w:ascii="宋体" w:hAnsi="宋体" w:eastAsia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z w:val="27"/>
        </w:rPr>
        <w:t xml:space="preserve"> </w:t>
      </w:r>
      <w:r>
        <w:rPr>
          <w:rFonts w:ascii="宋体" w:hAnsi="宋体" w:eastAsia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left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z w:val="27"/>
        </w:rPr>
        <w:t xml:space="preserve">投标人名称：</w:t>
      </w:r>
      <w:r>
        <w:rPr>
          <w:rFonts w:ascii="宋体" w:hAnsi="宋体" w:eastAsia="宋体" w:cs="宋体"/>
          <w:color w:val="000000"/>
          <w:sz w:val="27"/>
          <w:u w:val="single"/>
        </w:rPr>
        <w:t xml:space="preserve">盘锦辽河油田华联实业集团有限公司</w:t>
      </w:r>
      <w:r>
        <w:rPr>
          <w:rFonts w:ascii="宋体" w:hAnsi="宋体" w:eastAsia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left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z w:val="27"/>
        </w:rPr>
        <w:t xml:space="preserve">姓名：</w:t>
      </w:r>
      <w:r>
        <w:rPr>
          <w:rFonts w:ascii="宋体" w:hAnsi="宋体" w:eastAsia="宋体" w:cs="宋体"/>
          <w:color w:val="000000"/>
          <w:sz w:val="27"/>
          <w:u w:val="single"/>
        </w:rPr>
        <w:t xml:space="preserve">   </w:t>
      </w:r>
      <w:r>
        <w:rPr>
          <w:rFonts w:ascii="宋体" w:hAnsi="宋体" w:eastAsia="宋体" w:cs="宋体"/>
          <w:color w:val="000000"/>
          <w:sz w:val="27"/>
          <w:u w:val="single"/>
        </w:rPr>
        <w:t xml:space="preserve">李正任</w:t>
      </w:r>
      <w:r>
        <w:rPr>
          <w:rFonts w:ascii="宋体" w:hAnsi="宋体" w:eastAsia="宋体" w:cs="宋体"/>
          <w:color w:val="000000"/>
          <w:sz w:val="27"/>
          <w:u w:val="single"/>
        </w:rPr>
        <w:t xml:space="preserve">      </w:t>
      </w:r>
      <w:r>
        <w:rPr>
          <w:rFonts w:ascii="宋体" w:hAnsi="宋体" w:eastAsia="宋体" w:cs="宋体"/>
          <w:color w:val="000000"/>
          <w:sz w:val="27"/>
        </w:rPr>
        <w:t xml:space="preserve">性别：</w:t>
      </w:r>
      <w:r>
        <w:rPr>
          <w:rFonts w:ascii="宋体" w:hAnsi="宋体" w:eastAsia="宋体" w:cs="宋体"/>
          <w:color w:val="000000"/>
          <w:sz w:val="27"/>
          <w:u w:val="single"/>
        </w:rPr>
        <w:t xml:space="preserve">   </w:t>
      </w:r>
      <w:r>
        <w:rPr>
          <w:rFonts w:ascii="宋体" w:hAnsi="宋体" w:eastAsia="宋体" w:cs="宋体"/>
          <w:color w:val="000000"/>
          <w:sz w:val="27"/>
          <w:u w:val="single"/>
        </w:rPr>
        <w:t xml:space="preserve">男</w:t>
      </w:r>
      <w:r>
        <w:rPr>
          <w:rFonts w:ascii="宋体" w:hAnsi="宋体" w:eastAsia="宋体" w:cs="宋体"/>
          <w:color w:val="000000"/>
          <w:sz w:val="27"/>
          <w:u w:val="single"/>
        </w:rPr>
        <w:t xml:space="preserve">     </w:t>
      </w:r>
      <w:r>
        <w:rPr>
          <w:rFonts w:ascii="宋体" w:hAnsi="宋体" w:eastAsia="宋体" w:cs="宋体"/>
          <w:color w:val="000000"/>
          <w:sz w:val="27"/>
        </w:rPr>
        <w:t xml:space="preserve"> </w:t>
      </w:r>
      <w:r>
        <w:rPr>
          <w:rFonts w:ascii="宋体" w:hAnsi="宋体" w:eastAsia="宋体" w:cs="宋体"/>
          <w:color w:val="000000"/>
          <w:sz w:val="27"/>
        </w:rPr>
        <w:t xml:space="preserve">年龄</w:t>
      </w:r>
      <w:r>
        <w:rPr>
          <w:rFonts w:ascii="宋体" w:hAnsi="宋体" w:eastAsia="宋体" w:cs="宋体"/>
          <w:color w:val="000000"/>
          <w:sz w:val="27"/>
          <w:u w:val="single"/>
        </w:rPr>
        <w:t xml:space="preserve">：</w:t>
      </w:r>
      <w:r>
        <w:rPr>
          <w:rFonts w:ascii="宋体" w:hAnsi="宋体" w:eastAsia="宋体" w:cs="宋体"/>
          <w:color w:val="000000"/>
          <w:sz w:val="27"/>
          <w:u w:val="single"/>
        </w:rPr>
        <w:t xml:space="preserve"> 53        </w:t>
      </w:r>
      <w:r>
        <w:rPr>
          <w:rFonts w:ascii="宋体" w:hAnsi="宋体" w:eastAsia="宋体" w:cs="宋体"/>
          <w:color w:val="000000"/>
          <w:sz w:val="27"/>
        </w:rPr>
        <w:t xml:space="preserve">  </w:t>
      </w:r>
      <w:r>
        <w:rPr>
          <w:rFonts w:ascii="宋体" w:hAnsi="宋体" w:eastAsia="宋体" w:cs="宋体"/>
          <w:color w:val="000000"/>
          <w:sz w:val="27"/>
        </w:rPr>
        <w:t xml:space="preserve">职务：</w:t>
      </w:r>
      <w:r>
        <w:rPr>
          <w:rFonts w:ascii="宋体" w:hAnsi="宋体" w:eastAsia="宋体" w:cs="宋体"/>
          <w:color w:val="000000"/>
          <w:sz w:val="27"/>
          <w:u w:val="single"/>
        </w:rPr>
        <w:t xml:space="preserve">    </w:t>
      </w:r>
      <w:r>
        <w:rPr>
          <w:rFonts w:ascii="宋体" w:hAnsi="宋体" w:eastAsia="宋体" w:cs="宋体"/>
          <w:color w:val="000000"/>
          <w:sz w:val="27"/>
          <w:u w:val="single"/>
        </w:rPr>
        <w:t xml:space="preserve">总经理</w:t>
      </w:r>
      <w:r>
        <w:rPr>
          <w:rFonts w:ascii="宋体" w:hAnsi="宋体" w:eastAsia="宋体" w:cs="宋体"/>
          <w:color w:val="000000"/>
          <w:sz w:val="27"/>
          <w:u w:val="single"/>
        </w:rPr>
        <w:t xml:space="preserve">    </w:t>
      </w:r>
      <w:r>
        <w:rPr>
          <w:rFonts w:ascii="宋体" w:hAnsi="宋体" w:eastAsia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142" w:left="0" w:firstLine="420"/>
        <w:jc w:val="left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z w:val="27"/>
        </w:rPr>
        <w:t xml:space="preserve">系</w:t>
      </w:r>
      <w:r>
        <w:rPr>
          <w:rFonts w:ascii="宋体" w:hAnsi="宋体" w:eastAsia="宋体" w:cs="宋体"/>
          <w:color w:val="000000"/>
          <w:sz w:val="27"/>
          <w:u w:val="single"/>
        </w:rPr>
        <w:t xml:space="preserve">盘锦辽河油田华联实业集团有限公司</w:t>
      </w:r>
      <w:r>
        <w:rPr>
          <w:rFonts w:ascii="宋体" w:hAnsi="宋体" w:eastAsia="宋体" w:cs="宋体"/>
          <w:color w:val="000000"/>
          <w:sz w:val="27"/>
        </w:rPr>
        <w:t xml:space="preserve">（投标人名称）的法定代表人。</w:t>
      </w:r>
      <w:r>
        <w:rPr>
          <w:rFonts w:ascii="宋体" w:hAnsi="宋体" w:eastAsia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left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z w:val="27"/>
        </w:rPr>
        <w:t xml:space="preserve">特此证明。</w:t>
      </w:r>
      <w:r>
        <w:rPr>
          <w:rFonts w:ascii="宋体" w:hAnsi="宋体" w:eastAsia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left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z w:val="27"/>
        </w:rPr>
        <w:t xml:space="preserve"> </w:t>
      </w:r>
      <w:r>
        <w:rPr>
          <w:rFonts w:ascii="宋体" w:hAnsi="宋体" w:eastAsia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left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z w:val="27"/>
        </w:rPr>
        <w:t xml:space="preserve">附：法定代表人身份证复印件。</w:t>
      </w:r>
      <w:r>
        <w:rPr>
          <w:rFonts w:ascii="宋体" w:hAnsi="宋体" w:eastAsia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left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z w:val="27"/>
        </w:rPr>
        <w:t xml:space="preserve"> </w:t>
      </w:r>
      <w:r>
        <w:rPr>
          <w:rFonts w:ascii="宋体" w:hAnsi="宋体" w:eastAsia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left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z w:val="27"/>
        </w:rPr>
        <w:t xml:space="preserve">注：本身份证明需由投标人加盖单位公章。</w:t>
      </w:r>
      <w:r>
        <w:rPr>
          <w:rFonts w:ascii="宋体" w:hAnsi="宋体" w:eastAsia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left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z w:val="27"/>
        </w:rPr>
        <w:t xml:space="preserve"> </w:t>
      </w:r>
      <w:r>
        <w:rPr>
          <w:rFonts w:ascii="宋体" w:hAnsi="宋体" w:eastAsia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z w:val="21"/>
        </w:rPr>
        <w:t xml:space="preserve">  </w:t>
      </w:r>
      <w:r>
        <w:rPr>
          <w:rFonts w:ascii="宋体" w:hAnsi="宋体" w:eastAsia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z w:val="27"/>
        </w:rPr>
        <w:t xml:space="preserve"> </w:t>
      </w:r>
      <w:r>
        <w:rPr>
          <w:rFonts w:ascii="宋体" w:hAnsi="宋体" w:eastAsia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right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z w:val="27"/>
        </w:rPr>
        <w:t xml:space="preserve">投标人：</w:t>
      </w:r>
      <w:r>
        <w:rPr>
          <w:rFonts w:ascii="宋体" w:hAnsi="宋体" w:eastAsia="宋体" w:cs="宋体"/>
          <w:color w:val="000000"/>
          <w:sz w:val="27"/>
          <w:u w:val="single"/>
        </w:rPr>
        <w:t xml:space="preserve">盘锦辽河油田华联实业集团有限公司</w:t>
      </w:r>
      <w:r>
        <w:rPr>
          <w:rFonts w:ascii="宋体" w:hAnsi="宋体" w:eastAsia="宋体" w:cs="宋体"/>
          <w:color w:val="000000"/>
          <w:sz w:val="27"/>
        </w:rPr>
        <w:t xml:space="preserve">（电子公章）</w:t>
      </w:r>
      <w:r>
        <w:rPr>
          <w:rFonts w:ascii="宋体" w:hAnsi="宋体" w:eastAsia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right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z w:val="21"/>
          <w:u w:val="single"/>
        </w:rPr>
        <w:t xml:space="preserve">    2023     </w:t>
      </w:r>
      <w:r>
        <w:rPr>
          <w:rFonts w:ascii="宋体" w:hAnsi="宋体" w:eastAsia="宋体" w:cs="宋体"/>
          <w:color w:val="000000"/>
          <w:sz w:val="21"/>
        </w:rPr>
        <w:t xml:space="preserve">年</w:t>
      </w:r>
      <w:r>
        <w:rPr>
          <w:rFonts w:ascii="宋体" w:hAnsi="宋体" w:eastAsia="宋体" w:cs="宋体"/>
          <w:color w:val="000000"/>
          <w:sz w:val="21"/>
          <w:u w:val="single"/>
        </w:rPr>
        <w:t xml:space="preserve">    12    </w:t>
      </w:r>
      <w:r>
        <w:rPr>
          <w:rFonts w:ascii="宋体" w:hAnsi="宋体" w:eastAsia="宋体" w:cs="宋体"/>
          <w:color w:val="000000"/>
          <w:sz w:val="21"/>
        </w:rPr>
        <w:t xml:space="preserve">月</w:t>
      </w:r>
      <w:r>
        <w:rPr>
          <w:rFonts w:ascii="宋体" w:hAnsi="宋体" w:eastAsia="宋体" w:cs="宋体"/>
          <w:color w:val="000000"/>
          <w:sz w:val="21"/>
          <w:u w:val="single"/>
        </w:rPr>
        <w:t xml:space="preserve">    6    </w:t>
      </w:r>
      <w:r>
        <w:rPr>
          <w:rFonts w:ascii="宋体" w:hAnsi="宋体" w:eastAsia="宋体" w:cs="宋体"/>
          <w:color w:val="000000"/>
          <w:sz w:val="21"/>
        </w:rPr>
        <w:t xml:space="preserve">日</w:t>
      </w:r>
      <w:r>
        <w:rPr>
          <w:rFonts w:ascii="宋体" w:hAnsi="宋体" w:eastAsia="宋体" w:cs="宋体"/>
        </w:rPr>
      </w:r>
      <w:r>
        <w:rPr>
          <w:rFonts w:ascii="宋体" w:hAnsi="宋体" w:eastAsia="宋体" w:cs="宋体"/>
        </w:rPr>
      </w:r>
    </w:p>
    <w:p>
      <w:pPr>
        <w:pStyle w:val="Heading2"/>
        <w:spacing w:line="360" w:lineRule="auto" w:before="0" w:after="0"/>
        <w:ind w:firstLine="420"/>
      </w:pPr>
      <w:r>
        <w:t>企业营业执照</w:t>
      </w:r>
    </w:p>
    <w:p>
      <w:pPr>
        <w:pStyle w:val="Heading2"/>
        <w:spacing w:line="360" w:lineRule="auto" w:before="0" w:after="0"/>
        <w:ind w:firstLine="420"/>
      </w:pPr>
      <w:r>
        <w:t>资格声明</w:t>
      </w:r>
    </w:p>
    <w:p>
      <w:pPr>
        <w:pStyle w:val="Heading2"/>
        <w:spacing w:line="360" w:lineRule="auto" w:before="0" w:after="0"/>
        <w:ind w:firstLine="420"/>
      </w:pPr>
      <w:r>
        <w:t>招标公告“投标人的资格要求”中应响应的资料</w:t>
      </w:r>
    </w:p>
    <w:p>
      <w:pPr>
        <w:pStyle w:val="Heading3"/>
        <w:spacing w:line="360" w:lineRule="auto" w:before="0" w:after="0"/>
        <w:ind w:firstLine="420"/>
      </w:pPr>
      <w:r>
        <w:t>营业执照</w:t>
      </w:r>
    </w:p>
    <w:p>
      <w:pPr>
        <w:pStyle w:val="Heading3"/>
        <w:spacing w:line="360" w:lineRule="auto" w:before="0" w:after="0"/>
        <w:ind w:firstLine="420"/>
      </w:pPr>
      <w:r>
        <w:t>生产制造商</w:t>
      </w:r>
    </w:p>
    <w:p>
      <w:pPr>
        <w:pStyle w:val="Heading4"/>
        <w:spacing w:line="360" w:lineRule="auto" w:before="0" w:after="0"/>
        <w:ind w:firstLine="420"/>
      </w:pPr>
      <w:r>
        <w:t>生产制造商资质</w:t>
      </w:r>
    </w:p>
    <w:p>
      <w:pPr>
        <w:pStyle w:val="Heading4"/>
        <w:spacing w:line="360" w:lineRule="auto" w:before="0" w:after="0"/>
        <w:ind w:firstLine="420"/>
      </w:pPr>
      <w:r>
        <w:t>主要生产设备照片</w:t>
      </w:r>
    </w:p>
    <w:p>
      <w:pPr>
        <w:pStyle w:val="Heading4"/>
        <w:spacing w:line="360" w:lineRule="auto" w:before="0" w:after="0"/>
        <w:ind w:firstLine="420"/>
      </w:pPr>
      <w:r>
        <w:t>主要生产设备发票</w:t>
      </w:r>
    </w:p>
    <w:p>
      <w:pPr>
        <w:pStyle w:val="Heading4"/>
        <w:spacing w:line="360" w:lineRule="auto" w:before="0" w:after="0"/>
        <w:ind w:firstLine="420"/>
      </w:pPr>
      <w:r>
        <w:t>生产场地产权证明或租赁合同</w:t>
      </w:r>
    </w:p>
    <w:p>
      <w:pPr>
        <w:pStyle w:val="Heading3"/>
        <w:spacing w:line="360" w:lineRule="auto" w:before="0" w:after="0"/>
        <w:ind w:firstLine="420"/>
      </w:pPr>
      <w:r>
        <w:t>全国工业产品生产许可证</w:t>
      </w:r>
    </w:p>
    <w:p>
      <w:pPr>
        <w:pStyle w:val="Heading3"/>
        <w:spacing w:line="360" w:lineRule="auto" w:before="0" w:after="0"/>
        <w:ind w:firstLine="420"/>
      </w:pPr>
      <w:r>
        <w:t>中国国家强制性产品认证证书</w:t>
      </w:r>
    </w:p>
    <w:p>
      <w:pPr>
        <w:pStyle w:val="Heading3"/>
        <w:spacing w:line="360" w:lineRule="auto" w:before="0" w:after="0"/>
        <w:ind w:firstLine="420"/>
      </w:pPr>
      <w:r>
        <w:t>企业信誉</w:t>
      </w:r>
    </w:p>
    <w:p>
      <w:pPr>
        <w:pStyle w:val="Heading3"/>
        <w:spacing w:line="360" w:lineRule="auto" w:before="0" w:after="0"/>
        <w:ind w:firstLine="420"/>
      </w:pPr>
      <w:r>
        <w:t>资产负债率</w:t>
      </w:r>
    </w:p>
    <w:p>
      <w:pPr>
        <w:pStyle w:val="Heading4"/>
        <w:spacing w:line="360" w:lineRule="auto" w:before="0" w:after="0"/>
        <w:ind w:firstLine="420"/>
      </w:pPr>
      <w:r>
        <w:t>2023年审计报告</w:t>
      </w:r>
    </w:p>
    <w:p>
      <w:pPr>
        <w:pStyle w:val="Heading3"/>
        <w:spacing w:line="360" w:lineRule="auto" w:before="0" w:after="0"/>
        <w:ind w:firstLine="420"/>
      </w:pPr>
      <w:r>
        <w:t>经营状态</w:t>
      </w:r>
    </w:p>
    <w:p>
      <w:pPr>
        <w:pStyle w:val="Heading3"/>
        <w:spacing w:line="360" w:lineRule="auto" w:before="0" w:after="0"/>
        <w:ind w:firstLine="420"/>
      </w:pPr>
      <w:r>
        <w:t>近三年无违法行为</w:t>
      </w:r>
    </w:p>
    <w:p>
      <w:pPr>
        <w:pStyle w:val="Heading3"/>
        <w:spacing w:line="360" w:lineRule="auto" w:before="0" w:after="0"/>
        <w:ind w:firstLine="420"/>
      </w:pPr>
      <w:r>
        <w:t>未被国家企业信用信息公示系统列入严重违法失信企业名单</w:t>
      </w:r>
    </w:p>
    <w:p>
      <w:pPr>
        <w:pStyle w:val="Heading3"/>
        <w:spacing w:line="360" w:lineRule="auto" w:before="0" w:after="0"/>
        <w:ind w:firstLine="420"/>
      </w:pPr>
      <w:r>
        <w:t>投标人未被信用中国列入失信被执行人</w:t>
      </w:r>
    </w:p>
    <w:p>
      <w:pPr>
        <w:pStyle w:val="Heading3"/>
        <w:spacing w:line="360" w:lineRule="auto" w:before="0" w:after="0"/>
        <w:ind w:firstLine="420"/>
      </w:pPr>
      <w:r>
        <w:t>法定代表未被“用中国列入失信被执行人</w:t>
      </w:r>
    </w:p>
    <w:p>
      <w:pPr>
        <w:pStyle w:val="Heading3"/>
        <w:spacing w:line="360" w:lineRule="auto" w:before="0" w:after="0"/>
        <w:ind w:firstLine="420"/>
      </w:pPr>
      <w:r>
        <w:t>负责人未被信用中国列入失信被执行人</w:t>
      </w:r>
    </w:p>
    <w:p>
      <w:pPr>
        <w:pStyle w:val="Heading3"/>
        <w:spacing w:line="360" w:lineRule="auto" w:before="0" w:after="0"/>
        <w:ind w:firstLine="420"/>
      </w:pPr>
      <w:r>
        <w:t>投标人中国裁判文书网无行贿犯罪</w:t>
      </w:r>
    </w:p>
    <w:p>
      <w:pPr>
        <w:pStyle w:val="Heading3"/>
        <w:spacing w:line="360" w:lineRule="auto" w:before="0" w:after="0"/>
        <w:ind w:firstLine="420"/>
      </w:pPr>
      <w:r>
        <w:t>法定代表人中国裁判文书网无行贿犯罪</w:t>
      </w:r>
    </w:p>
    <w:p>
      <w:pPr>
        <w:pStyle w:val="Heading3"/>
        <w:spacing w:line="360" w:lineRule="auto" w:before="0" w:after="0"/>
        <w:ind w:firstLine="420"/>
      </w:pPr>
      <w:r>
        <w:t>负责人中国裁判文书网无行贿犯罪</w:t>
      </w:r>
    </w:p>
    <w:p>
      <w:pPr>
        <w:pStyle w:val="Heading3"/>
        <w:spacing w:line="360" w:lineRule="auto" w:before="0" w:after="0"/>
        <w:ind w:firstLine="420"/>
      </w:pPr>
      <w:r>
        <w:t>失信信息</w:t>
      </w:r>
    </w:p>
    <w:p>
      <w:pPr>
        <w:pStyle w:val="Heading3"/>
        <w:spacing w:line="360" w:lineRule="auto" w:before="0" w:after="0"/>
        <w:ind w:firstLine="420"/>
      </w:pPr>
      <w:r>
        <w:t>本包别产品未因质量或其它原因在集团公司总部、辽河油田公司范围内通报处罚并处于处罚期内</w:t>
      </w:r>
    </w:p>
    <w:p>
      <w:pPr>
        <w:pStyle w:val="Heading3"/>
        <w:spacing w:line="360" w:lineRule="auto" w:before="0" w:after="0"/>
        <w:ind w:firstLine="420"/>
      </w:pPr>
      <w:r>
        <w:t>非联合体投标</w:t>
      </w:r>
    </w:p>
    <w:p>
      <w:pPr>
        <w:pStyle w:val="Heading3"/>
        <w:spacing w:line="360" w:lineRule="auto" w:before="0" w:after="0"/>
        <w:ind w:firstLine="420"/>
      </w:pPr>
      <w:r>
        <w:t>合规承诺书</w:t>
      </w:r>
    </w:p>
    <w:p>
      <w:pPr>
        <w:pStyle w:val="Heading2"/>
        <w:spacing w:line="360" w:lineRule="auto" w:before="0" w:after="0"/>
        <w:ind w:firstLine="420"/>
      </w:pPr>
      <w:r>
        <w:t>投标人认为有必要提供的其他资料</w:t>
      </w:r>
    </w:p>
    <w:p>
      <w:pPr>
        <w:pStyle w:val="Heading3"/>
        <w:spacing w:line="360" w:lineRule="auto" w:before="0" w:after="0"/>
        <w:ind w:firstLine="420"/>
      </w:pPr>
      <w:r>
        <w:t>开户许可证</w:t>
      </w:r>
    </w:p>
    <w:p>
      <w:pPr>
        <w:pStyle w:val="Heading3"/>
        <w:spacing w:line="360" w:lineRule="auto" w:before="0" w:after="0"/>
        <w:ind w:firstLine="420"/>
      </w:pPr>
      <w:r>
        <w:t>投标保证金</w:t>
      </w:r>
    </w:p>
    <w:p>
      <w:pPr>
        <w:pStyle w:val="Heading1"/>
        <w:spacing w:line="360" w:lineRule="auto" w:before="0" w:after="0"/>
        <w:ind w:firstLine="420"/>
      </w:pPr>
      <w:r>
        <w:t>技术投标文件</w:t>
      </w:r>
    </w:p>
    <w:p>
      <w:pPr>
        <w:pStyle w:val="Heading2"/>
        <w:spacing w:line="360" w:lineRule="auto" w:before="0" w:after="0"/>
        <w:ind w:firstLine="420"/>
      </w:pPr>
      <w:r>
        <w:t>投标产品的执行标准或技术响应文件</w:t>
      </w:r>
    </w:p>
    <w:p>
      <w:pPr>
        <w:pStyle w:val="Heading2"/>
        <w:spacing w:line="360" w:lineRule="auto" w:before="0" w:after="0"/>
        <w:ind w:firstLine="420"/>
      </w:pPr>
      <w:r>
        <w:t>技术条款响应/偏离表</w:t>
      </w:r>
    </w:p>
    <w:p>
      <w:pPr>
        <w:pStyle w:val="Heading2"/>
        <w:spacing w:line="360" w:lineRule="auto" w:before="0" w:after="0"/>
        <w:ind w:firstLine="420"/>
      </w:pPr>
      <w:r>
        <w:t>投标人认为有必要提供的其他资料</w:t>
      </w:r>
    </w:p>
    <w:p>
      <w:pPr>
        <w:pStyle w:val="Heading3"/>
        <w:spacing w:line="360" w:lineRule="auto" w:before="0" w:after="0"/>
        <w:ind w:firstLine="420"/>
      </w:pPr>
      <w:r>
        <w:t>生产过程控制</w:t>
        <w:tab/>
      </w:r>
    </w:p>
    <w:p>
      <w:pPr>
        <w:pStyle w:val="Heading4"/>
        <w:spacing w:line="360" w:lineRule="auto" w:before="0" w:after="0"/>
        <w:ind w:firstLine="420"/>
      </w:pPr>
      <w:r>
        <w:t>工厂内相关检验检测制度</w:t>
      </w:r>
    </w:p>
    <w:p>
      <w:pPr>
        <w:pStyle w:val="Heading5"/>
        <w:spacing w:line="360" w:lineRule="auto" w:before="0" w:after="0"/>
        <w:ind w:firstLine="420"/>
      </w:pPr>
      <w:r>
        <w:t>原材料进场</w:t>
      </w:r>
    </w:p>
    <w:p>
      <w:pPr>
        <w:pStyle w:val="Heading5"/>
        <w:spacing w:line="360" w:lineRule="auto" w:before="0" w:after="0"/>
        <w:ind w:firstLine="420"/>
      </w:pPr>
      <w:r>
        <w:t>生产过程</w:t>
      </w:r>
    </w:p>
    <w:p>
      <w:pPr>
        <w:pStyle w:val="Heading5"/>
        <w:spacing w:line="360" w:lineRule="auto" w:before="0" w:after="0"/>
        <w:ind w:firstLine="420"/>
      </w:pPr>
      <w:r>
        <w:t>设备出厂过程检验检测制度</w:t>
      </w:r>
    </w:p>
    <w:p>
      <w:pPr>
        <w:pStyle w:val="Heading4"/>
        <w:spacing w:line="360" w:lineRule="auto" w:before="0" w:after="0"/>
        <w:ind w:firstLine="420"/>
      </w:pPr>
      <w:r>
        <w:t>工厂内相关检验检测记录</w:t>
      </w:r>
    </w:p>
    <w:p>
      <w:pPr>
        <w:pStyle w:val="Heading3"/>
        <w:spacing w:line="360" w:lineRule="auto" w:before="0" w:after="0"/>
        <w:ind w:firstLine="420"/>
      </w:pPr>
      <w:r>
        <w:t>生产能力</w:t>
      </w:r>
    </w:p>
    <w:p>
      <w:pPr>
        <w:pStyle w:val="Heading4"/>
        <w:spacing w:line="360" w:lineRule="auto" w:before="0" w:after="0"/>
        <w:ind w:firstLine="420"/>
      </w:pPr>
      <w:r>
        <w:t>拉丝设备</w:t>
      </w:r>
    </w:p>
    <w:p>
      <w:pPr>
        <w:pStyle w:val="Heading4"/>
        <w:spacing w:line="360" w:lineRule="auto" w:before="0" w:after="0"/>
        <w:ind w:firstLine="420"/>
      </w:pPr>
      <w:r>
        <w:t>挤出设备</w:t>
      </w:r>
    </w:p>
    <w:p>
      <w:pPr>
        <w:pStyle w:val="Heading4"/>
        <w:spacing w:line="360" w:lineRule="auto" w:before="0" w:after="0"/>
        <w:ind w:firstLine="420"/>
      </w:pPr>
      <w:r>
        <w:t>焊接设备</w:t>
      </w:r>
    </w:p>
    <w:p>
      <w:pPr>
        <w:pStyle w:val="Heading4"/>
        <w:spacing w:line="360" w:lineRule="auto" w:before="0" w:after="0"/>
        <w:ind w:firstLine="420"/>
      </w:pPr>
      <w:r>
        <w:t>叉绞机</w:t>
      </w:r>
    </w:p>
    <w:p>
      <w:pPr>
        <w:pStyle w:val="Heading4"/>
        <w:spacing w:line="360" w:lineRule="auto" w:before="0" w:after="0"/>
        <w:ind w:firstLine="420"/>
      </w:pPr>
      <w:r>
        <w:t>切割设备</w:t>
      </w:r>
    </w:p>
    <w:p>
      <w:pPr>
        <w:pStyle w:val="Heading3"/>
        <w:spacing w:line="360" w:lineRule="auto" w:before="0" w:after="0"/>
        <w:ind w:firstLine="420"/>
      </w:pPr>
      <w:r>
        <w:t>检验检测能力</w:t>
        <w:tab/>
      </w:r>
    </w:p>
    <w:p>
      <w:pPr>
        <w:pStyle w:val="Heading4"/>
        <w:spacing w:line="360" w:lineRule="auto" w:before="0" w:after="0"/>
        <w:ind w:firstLine="420"/>
      </w:pPr>
      <w:r>
        <w:t>护套厚度测量设备</w:t>
      </w:r>
    </w:p>
    <w:p>
      <w:pPr>
        <w:pStyle w:val="Heading5"/>
        <w:spacing w:line="360" w:lineRule="auto" w:before="0" w:after="0"/>
        <w:ind w:firstLine="420"/>
      </w:pPr>
      <w:r>
        <w:t>设备整体照片</w:t>
      </w:r>
    </w:p>
    <w:p>
      <w:pPr>
        <w:pStyle w:val="Heading5"/>
        <w:spacing w:line="360" w:lineRule="auto" w:before="0" w:after="0"/>
        <w:ind w:firstLine="420"/>
      </w:pPr>
      <w:r>
        <w:t>设备购置发票</w:t>
      </w:r>
    </w:p>
    <w:p>
      <w:pPr>
        <w:pStyle w:val="Heading5"/>
        <w:spacing w:line="360" w:lineRule="auto" w:before="0" w:after="0"/>
        <w:ind w:firstLine="420"/>
      </w:pPr>
      <w:r>
        <w:t>发票网上查询截图</w:t>
      </w:r>
    </w:p>
    <w:p>
      <w:pPr>
        <w:pStyle w:val="Heading4"/>
        <w:spacing w:line="360" w:lineRule="auto" w:before="0" w:after="0"/>
        <w:ind w:firstLine="420"/>
      </w:pPr>
      <w:r>
        <w:t>局部放电测量系统</w:t>
      </w:r>
    </w:p>
    <w:p>
      <w:pPr>
        <w:pStyle w:val="Heading5"/>
        <w:spacing w:line="360" w:lineRule="auto" w:before="0" w:after="0"/>
        <w:ind w:firstLine="420"/>
      </w:pPr>
      <w:r>
        <w:t>设备整体照片</w:t>
      </w:r>
    </w:p>
    <w:p>
      <w:pPr>
        <w:pStyle w:val="Heading5"/>
        <w:spacing w:line="360" w:lineRule="auto" w:before="0" w:after="0"/>
        <w:ind w:firstLine="420"/>
      </w:pPr>
      <w:r>
        <w:t>设备购置发票</w:t>
      </w:r>
    </w:p>
    <w:p>
      <w:pPr>
        <w:pStyle w:val="Heading5"/>
        <w:spacing w:line="360" w:lineRule="auto" w:before="0" w:after="0"/>
        <w:ind w:firstLine="420"/>
      </w:pPr>
      <w:r>
        <w:t>发票网上查询截图</w:t>
      </w:r>
    </w:p>
    <w:p>
      <w:pPr>
        <w:pStyle w:val="Heading4"/>
        <w:spacing w:line="360" w:lineRule="auto" w:before="0" w:after="0"/>
        <w:ind w:firstLine="420"/>
      </w:pPr>
      <w:r>
        <w:t>导体直流电桥</w:t>
      </w:r>
    </w:p>
    <w:p>
      <w:pPr>
        <w:pStyle w:val="Heading5"/>
        <w:spacing w:line="360" w:lineRule="auto" w:before="0" w:after="0"/>
        <w:ind w:firstLine="420"/>
      </w:pPr>
      <w:r>
        <w:t>设备整体照片</w:t>
      </w:r>
    </w:p>
    <w:p>
      <w:pPr>
        <w:pStyle w:val="Heading5"/>
        <w:spacing w:line="360" w:lineRule="auto" w:before="0" w:after="0"/>
        <w:ind w:firstLine="420"/>
      </w:pPr>
      <w:r>
        <w:t>设备购置发票</w:t>
      </w:r>
    </w:p>
    <w:p>
      <w:pPr>
        <w:pStyle w:val="Heading5"/>
        <w:spacing w:line="360" w:lineRule="auto" w:before="0" w:after="0"/>
        <w:ind w:firstLine="420"/>
      </w:pPr>
      <w:r>
        <w:t>发票网上查询截图</w:t>
      </w:r>
    </w:p>
    <w:p>
      <w:pPr>
        <w:pStyle w:val="Heading4"/>
        <w:spacing w:line="360" w:lineRule="auto" w:before="0" w:after="0"/>
        <w:ind w:firstLine="420"/>
      </w:pPr>
      <w:r>
        <w:t>绝缘电阻测试仪</w:t>
      </w:r>
    </w:p>
    <w:p>
      <w:pPr>
        <w:pStyle w:val="Heading5"/>
        <w:spacing w:line="360" w:lineRule="auto" w:before="0" w:after="0"/>
        <w:ind w:firstLine="420"/>
      </w:pPr>
      <w:r>
        <w:t>设备整体照片</w:t>
      </w:r>
    </w:p>
    <w:p>
      <w:pPr>
        <w:pStyle w:val="Heading5"/>
        <w:spacing w:line="360" w:lineRule="auto" w:before="0" w:after="0"/>
        <w:ind w:firstLine="420"/>
      </w:pPr>
      <w:r>
        <w:t>设备购置发票</w:t>
      </w:r>
    </w:p>
    <w:p>
      <w:pPr>
        <w:pStyle w:val="Heading5"/>
        <w:spacing w:line="360" w:lineRule="auto" w:before="0" w:after="0"/>
        <w:ind w:firstLine="420"/>
      </w:pPr>
      <w:r>
        <w:t>发票网上查询截图</w:t>
      </w:r>
    </w:p>
    <w:p>
      <w:pPr>
        <w:pStyle w:val="Heading3"/>
        <w:spacing w:line="360" w:lineRule="auto" w:before="0" w:after="0"/>
        <w:ind w:firstLine="420"/>
      </w:pPr>
      <w:r>
        <w:t>检验检测能力</w:t>
      </w:r>
    </w:p>
    <w:p>
      <w:pPr>
        <w:pStyle w:val="Heading4"/>
        <w:spacing w:line="360" w:lineRule="auto" w:before="0" w:after="0"/>
        <w:ind w:firstLine="420"/>
      </w:pPr>
      <w:r>
        <w:t>设备清单</w:t>
      </w:r>
    </w:p>
    <w:p>
      <w:pPr>
        <w:pStyle w:val="Heading3"/>
        <w:spacing w:line="360" w:lineRule="auto" w:before="0" w:after="0"/>
        <w:ind w:firstLine="420"/>
      </w:pPr>
      <w:r>
        <w:t>检测报告</w:t>
      </w:r>
    </w:p>
    <w:p>
      <w:pPr>
        <w:pStyle w:val="Heading3"/>
        <w:spacing w:line="360" w:lineRule="auto" w:before="0" w:after="0"/>
        <w:ind w:firstLine="420"/>
      </w:pPr>
      <w:r>
        <w:t>企业人员能力</w:t>
      </w:r>
    </w:p>
    <w:p>
      <w:pPr>
        <w:pStyle w:val="Heading4"/>
        <w:spacing w:line="360" w:lineRule="auto" w:before="0" w:after="0"/>
        <w:ind w:firstLine="420"/>
      </w:pPr>
      <w:r>
        <w:t>工程师</w:t>
      </w:r>
    </w:p>
    <w:p>
      <w:pPr>
        <w:pStyle w:val="Heading4"/>
        <w:spacing w:line="360" w:lineRule="auto" w:before="0" w:after="0"/>
        <w:ind w:firstLine="420"/>
      </w:pPr>
      <w:r>
        <w:t>丛林</w:t>
      </w:r>
    </w:p>
    <w:p>
      <w:pPr>
        <w:pStyle w:val="Heading5"/>
        <w:spacing w:line="360" w:lineRule="auto" w:before="0" w:after="0"/>
        <w:ind w:firstLine="420"/>
      </w:pPr>
      <w:r>
        <w:t>劳动合同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091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255796de-7e3a-4744-91aa-58ee3088c334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09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91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60f5da14-c2fd-47f0-bb9f-ccbc8c649c61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9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91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889b38d2-f98f-412d-93c4-496d3aef219f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9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773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94e9d68d-c217-4ec3-b3f1-2c6a8d933c79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0912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" name="74bd0eed-09c6-448c-aeb6-4c782887d3ea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09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091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6b7c133d-d2c2-49de-b532-9578f86fbc0b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09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091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" name="cfe12982-5c7b-457d-b44b-725be0961eb9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09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社保证明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377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a63b26ea-6260-4ead-93fd-2dedd3aba7ac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37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阚治江</w:t>
      </w:r>
    </w:p>
    <w:p>
      <w:pPr>
        <w:pStyle w:val="Heading5"/>
        <w:spacing w:line="360" w:lineRule="auto" w:before="0" w:after="0"/>
        <w:ind w:firstLine="420"/>
      </w:pPr>
      <w:r>
        <w:t>劳动合同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048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dac1b412-e9e4-40bb-ac7b-76a0e4d4e162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0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607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e2e91aa8-fe68-4f47-beea-707ac919aad9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6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32556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" name="5a28b2a8-8f11-4ef9-83dd-2b9f1d1129ec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325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025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eef6f89a-c329-4f42-92a1-9174a3534cfa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179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" name="27e881a1-2e11-455e-b52d-a968b19f5d63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1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937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6a589bb5-cd9e-44c1-a852-bf7d3f703aa5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9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306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9f90856e-d6c2-426c-bf9e-13cf93792aa0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3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306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b9c68284-5428-404b-96c0-64a7a05bc6e6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3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社保证明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3778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" name="abe4caa6-1966-484f-a5f8-05b2965fec0d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37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陈彬</w:t>
      </w:r>
    </w:p>
    <w:p>
      <w:pPr>
        <w:pStyle w:val="Heading5"/>
        <w:spacing w:line="360" w:lineRule="auto" w:before="0" w:after="0"/>
        <w:ind w:firstLine="420"/>
      </w:pPr>
      <w:r>
        <w:t>劳动合同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0912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4678ae16-ef29-410e-b1af-b670d43d2726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09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773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" name="1684ab3d-e5c9-4b59-b14b-3e752fdb5a58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0912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1983adb0-b1c6-49d8-a4d9-5a845102e09a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09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0912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" name="fe21f548-ee5b-49f4-9391-71632d100d61.jpe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09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0912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21f1bde5-d7ea-456c-8841-70622d8eee68.jpe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09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0912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" name="4f7165eb-5de6-4f0b-8261-0c33a85f3b83.jpe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09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0912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f0aac00c-c168-40f6-bb3d-4b1ef9bae30b.jpe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09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社保证明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3778"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" name="3b3c52e1-d8f5-42dd-8e75-d32af38c1e32.jpe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37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  <w:spacing w:line="360" w:lineRule="auto" w:before="0" w:after="0"/>
        <w:ind w:firstLine="420"/>
      </w:pPr>
      <w:r>
        <w:t>商务投标文件</w:t>
      </w:r>
    </w:p>
    <w:p>
      <w:pPr>
        <w:pStyle w:val="Heading2"/>
        <w:spacing w:line="360" w:lineRule="auto" w:before="0" w:after="0"/>
        <w:ind w:firstLine="420"/>
      </w:pPr>
      <w:r>
        <w:t>开标一览表</w:t>
      </w:r>
    </w:p>
    <w:p>
      <w:pPr>
        <w:pStyle w:val="Heading2"/>
        <w:spacing w:line="360" w:lineRule="auto" w:before="0" w:after="0"/>
        <w:ind w:firstLine="420"/>
      </w:pPr>
      <w:r>
        <w:t>投标报价表</w:t>
      </w:r>
    </w:p>
    <w:p>
      <w:pPr>
        <w:pStyle w:val="Heading2"/>
        <w:spacing w:line="360" w:lineRule="auto" w:before="0" w:after="0"/>
        <w:ind w:firstLine="420"/>
      </w:pPr>
      <w:r>
        <w:t>法律纠纷情况</w:t>
      </w:r>
    </w:p>
    <w:p>
      <w:pPr>
        <w:pStyle w:val="Heading2"/>
        <w:spacing w:line="360" w:lineRule="auto" w:before="0" w:after="0"/>
        <w:ind w:firstLine="420"/>
      </w:pPr>
      <w:r>
        <w:t>机密信息接受承诺函</w:t>
      </w:r>
    </w:p>
    <w:p>
      <w:pPr>
        <w:pStyle w:val="Heading2"/>
        <w:spacing w:line="360" w:lineRule="auto" w:before="0" w:after="0"/>
        <w:ind w:firstLine="420"/>
      </w:pPr>
      <w:r>
        <w:t>商务条款响应/偏离表</w:t>
      </w:r>
    </w:p>
    <w:p>
      <w:pPr>
        <w:pStyle w:val="Heading2"/>
        <w:spacing w:line="360" w:lineRule="auto" w:before="0" w:after="0"/>
        <w:ind w:firstLine="420"/>
      </w:pPr>
      <w:r>
        <w:t>附件1-5《评分细则》中要求投标人响应的商务资料</w:t>
      </w:r>
    </w:p>
    <w:p>
      <w:pPr>
        <w:pStyle w:val="Heading3"/>
        <w:spacing w:line="360" w:lineRule="auto" w:before="0" w:after="0"/>
        <w:ind w:firstLine="420"/>
      </w:pPr>
      <w:r>
        <w:t>固定资产期末净值</w:t>
      </w:r>
    </w:p>
    <w:p>
      <w:pPr>
        <w:pStyle w:val="Heading4"/>
        <w:spacing w:line="360" w:lineRule="auto" w:before="0" w:after="0"/>
        <w:ind w:firstLine="420"/>
      </w:pPr>
      <w:r>
        <w:t>2023年审计报告</w:t>
      </w:r>
    </w:p>
    <w:p>
      <w:pPr>
        <w:pStyle w:val="Heading3"/>
        <w:spacing w:line="360" w:lineRule="auto" w:before="0" w:after="0"/>
        <w:ind w:firstLine="420"/>
      </w:pPr>
      <w:r>
        <w:t>资产负债率</w:t>
      </w:r>
    </w:p>
    <w:p>
      <w:pPr>
        <w:pStyle w:val="Heading4"/>
        <w:spacing w:line="360" w:lineRule="auto" w:before="0" w:after="0"/>
        <w:ind w:firstLine="420"/>
      </w:pPr>
      <w:r>
        <w:t>2023年审计报告</w:t>
      </w:r>
    </w:p>
    <w:p>
      <w:pPr>
        <w:pStyle w:val="Heading3"/>
        <w:spacing w:line="360" w:lineRule="auto" w:before="0" w:after="0"/>
        <w:ind w:firstLine="420"/>
      </w:pPr>
      <w:r>
        <w:t>管理体系认证</w:t>
      </w:r>
    </w:p>
    <w:p>
      <w:pPr>
        <w:pStyle w:val="Heading4"/>
        <w:spacing w:line="360" w:lineRule="auto" w:before="0" w:after="0"/>
        <w:ind w:firstLine="420"/>
      </w:pPr>
      <w:r>
        <w:t>质量管理体系认证证书</w:t>
      </w:r>
    </w:p>
    <w:p>
      <w:pPr>
        <w:pStyle w:val="Heading5"/>
        <w:spacing w:line="360" w:lineRule="auto" w:before="0" w:after="0"/>
        <w:ind w:firstLine="420"/>
      </w:pPr>
      <w:r>
        <w:t>查询网页截图</w:t>
      </w:r>
    </w:p>
    <w:p>
      <w:pPr>
        <w:pStyle w:val="Heading4"/>
        <w:spacing w:line="360" w:lineRule="auto" w:before="0" w:after="0"/>
        <w:ind w:firstLine="420"/>
      </w:pPr>
      <w:r>
        <w:t>环境管理体系认证证书</w:t>
      </w:r>
    </w:p>
    <w:p>
      <w:pPr>
        <w:pStyle w:val="Heading5"/>
        <w:spacing w:line="360" w:lineRule="auto" w:before="0" w:after="0"/>
        <w:ind w:firstLine="420"/>
      </w:pPr>
      <w:r>
        <w:t>查询网页截图</w:t>
      </w:r>
    </w:p>
    <w:p>
      <w:pPr>
        <w:pStyle w:val="Heading4"/>
        <w:spacing w:line="360" w:lineRule="auto" w:before="0" w:after="0"/>
        <w:ind w:firstLine="420"/>
      </w:pPr>
      <w:r>
        <w:t>职业健康安全管理体系认证证书</w:t>
      </w:r>
    </w:p>
    <w:p>
      <w:pPr>
        <w:pStyle w:val="Heading5"/>
        <w:spacing w:line="360" w:lineRule="auto" w:before="0" w:after="0"/>
        <w:ind w:firstLine="420"/>
      </w:pPr>
      <w:r>
        <w:t>查询网页截图</w:t>
      </w:r>
    </w:p>
    <w:p>
      <w:pPr>
        <w:pStyle w:val="Heading3"/>
        <w:spacing w:line="360" w:lineRule="auto" w:before="0" w:after="0"/>
        <w:ind w:firstLine="420"/>
      </w:pPr>
      <w:r>
        <w:t>销售业绩</w:t>
      </w:r>
    </w:p>
    <w:p>
      <w:pPr>
        <w:pStyle w:val="Heading3"/>
        <w:spacing w:line="360" w:lineRule="auto" w:before="0" w:after="0"/>
        <w:ind w:firstLine="420"/>
      </w:pPr>
      <w:r>
        <w:t>产品质量及售后服务</w:t>
      </w:r>
    </w:p>
    <w:p>
      <w:pPr>
        <w:pStyle w:val="Heading4"/>
        <w:spacing w:line="360" w:lineRule="auto" w:before="0" w:after="0"/>
        <w:ind w:firstLine="420"/>
      </w:pPr>
      <w:r>
        <w:t>售后服务队伍</w:t>
      </w:r>
    </w:p>
    <w:p>
      <w:pPr>
        <w:pStyle w:val="Heading4"/>
        <w:spacing w:line="360" w:lineRule="auto" w:before="0" w:after="0"/>
        <w:ind w:firstLine="420"/>
      </w:pPr>
      <w:r>
        <w:t>售后服务制度</w:t>
      </w:r>
    </w:p>
    <w:p>
      <w:pPr>
        <w:pStyle w:val="Heading4"/>
        <w:spacing w:line="360" w:lineRule="auto" w:before="0" w:after="0"/>
        <w:ind w:firstLine="420"/>
      </w:pPr>
      <w:r>
        <w:t>在接到需方反映的质量问题信息后，承诺在1小时内派服务工程师到现场承诺</w:t>
      </w:r>
    </w:p>
    <w:p>
      <w:pPr>
        <w:pStyle w:val="Heading4"/>
        <w:spacing w:line="360" w:lineRule="auto" w:before="0" w:after="0"/>
        <w:ind w:firstLine="420"/>
      </w:pPr>
      <w:r>
        <w:t>售后服务组织机构图</w:t>
      </w:r>
    </w:p>
    <w:p>
      <w:pPr>
        <w:pStyle w:val="Heading2"/>
        <w:spacing w:line="360" w:lineRule="auto" w:before="0" w:after="0"/>
        <w:ind w:firstLine="420"/>
      </w:pPr>
      <w:r>
        <w:t>招标文件中规定的其它需要投标人响应的相关商务条款内容</w:t>
      </w:r>
    </w:p>
    <w:p>
      <w:pPr>
        <w:pStyle w:val="Heading2"/>
        <w:spacing w:line="360" w:lineRule="auto" w:before="0" w:after="0"/>
        <w:ind w:firstLine="420"/>
      </w:pPr>
      <w:r>
        <w:t>投标人认为有必要提供的其他商务资料</w:t>
      </w:r>
    </w:p>
    <w:p>
      <w:pPr>
        <w:pStyle w:val="Heading3"/>
        <w:spacing w:line="360" w:lineRule="auto" w:before="0" w:after="0"/>
        <w:ind w:firstLine="420"/>
      </w:pPr>
      <w:r>
        <w:t>合规承诺书</w:t>
      </w:r>
    </w:p>
    <w:p>
      <w:pPr>
        <w:pStyle w:val="Heading3"/>
        <w:spacing w:line="360" w:lineRule="auto" w:before="0" w:after="0"/>
        <w:ind w:firstLine="420"/>
      </w:pPr>
      <w:r>
        <w:t>投标人自律守则</w:t>
      </w:r>
    </w:p>
    <w:p>
      <w:pPr>
        <w:pStyle w:val="Heading2"/>
        <w:spacing w:line="360" w:lineRule="auto" w:before="0" w:after="0"/>
        <w:ind w:firstLine="420"/>
      </w:pPr>
      <w:r>
        <w:t>投标人认为有必要提供的其他资料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