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49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29fb178-7987-4718-8463-e363734641f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4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