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jpg" ContentType="image/png"/>
  <Override PartName="/word/media/image10.jpg" ContentType="image/png"/>
  <Override PartName="/word/media/image11.jpg" ContentType="image/png"/>
  <Override PartName="/word/media/image12.jpg" ContentType="image/png"/>
  <Override PartName="/word/media/image13.jpg" ContentType="image/png"/>
  <Override PartName="/word/media/image14.jpg" ContentType="image/png"/>
  <Override PartName="/word/media/image15.jpg" ContentType="image/png"/>
  <Override PartName="/word/media/image16.jpg" ContentType="image/png"/>
  <Override PartName="/word/media/image17.jpg" ContentType="image/png"/>
  <Override PartName="/word/media/image2.jpg" ContentType="image/png"/>
  <Override PartName="/word/media/image3.jpg" ContentType="image/png"/>
  <Override PartName="/word/media/image4.jpg" ContentType="image/png"/>
  <Override PartName="/word/media/image5.jpg" ContentType="image/png"/>
  <Override PartName="/word/media/image6.jpg" ContentType="image/png"/>
  <Override PartName="/word/media/image7.jpg" ContentType="image/png"/>
  <Override PartName="/word/media/image8.jpg" ContentType="image/png"/>
  <Override PartName="/word/media/image9.jpg" ContentType="image/pn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4"/>
        <w:spacing w:line="360" w:lineRule="auto" w:before="0" w:after="0"/>
        <w:ind w:firstLine="420"/>
      </w:pPr>
      <w:r>
        <w:t>张淑华</w:t>
      </w:r>
    </w:p>
    <w:p>
      <w:pPr>
        <w:pStyle w:val="Heading5"/>
        <w:spacing w:line="360" w:lineRule="auto" w:before="0" w:after="0"/>
        <w:ind w:firstLine="420"/>
      </w:pPr>
      <w:r>
        <w:t>资格证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151072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56c38a6-0665-42ce-9f63-80af3c44863d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15107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5"/>
        <w:spacing w:line="360" w:lineRule="auto" w:before="0" w:after="0"/>
        <w:ind w:firstLine="420"/>
      </w:pPr>
      <w:r>
        <w:t>学位证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779382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87edbcf-9d93-497c-a778-f8e8d41d965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77938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779382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e3726cc-9f3b-4641-a424-9197c6086b59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77938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5"/>
        <w:spacing w:line="360" w:lineRule="auto" w:before="0" w:after="0"/>
        <w:ind w:firstLine="420"/>
      </w:pPr>
      <w:r>
        <w:t>劳动合同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572433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a5d00d8-026f-4d38-8e97-4b8412cafcd3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57243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5"/>
        <w:spacing w:line="360" w:lineRule="auto" w:before="0" w:after="0"/>
        <w:ind w:firstLine="420"/>
      </w:pPr>
      <w:r>
        <w:t>身份证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957884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659a31b-89d6-4a66-add1-a6da3f9773ee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95788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957884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de858a4-bfa4-4483-a96a-10265bbc6e08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95788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4"/>
        <w:spacing w:line="360" w:lineRule="auto" w:before="0" w:after="0"/>
        <w:ind w:firstLine="420"/>
      </w:pPr>
      <w:r>
        <w:t>郑娜</w:t>
      </w:r>
    </w:p>
    <w:p>
      <w:pPr>
        <w:pStyle w:val="Heading5"/>
        <w:spacing w:line="360" w:lineRule="auto" w:before="0" w:after="0"/>
        <w:ind w:firstLine="420"/>
      </w:pPr>
      <w:r>
        <w:t>资格证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2965451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8ae2eb9-602a-4753-8a65-97deb5fb646e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96545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2966625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48c7ae6-865b-4672-a24a-bee3b1d59457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9666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5"/>
        <w:spacing w:line="360" w:lineRule="auto" w:before="0" w:after="0"/>
        <w:ind w:firstLine="420"/>
      </w:pPr>
      <w:r>
        <w:t>学位证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2968751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aa9f89c-07c5-461c-b974-1468d0013f0c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96875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5"/>
        <w:spacing w:line="360" w:lineRule="auto" w:before="0" w:after="0"/>
        <w:ind w:firstLine="420"/>
      </w:pPr>
      <w:r>
        <w:t>劳动合同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672141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a4b7d02-cd60-45a2-8e29-de756ca454ec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67214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5"/>
        <w:spacing w:line="360" w:lineRule="auto" w:before="0" w:after="0"/>
        <w:ind w:firstLine="420"/>
      </w:pPr>
      <w:r>
        <w:t>身份证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509277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e922e554-7a25-402f-9d1e-792d0524eb3e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50927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606931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51f8b1a-7d5b-4345-8fe5-61a8b0727eec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60693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4"/>
        <w:spacing w:line="360" w:lineRule="auto" w:before="0" w:after="0"/>
        <w:ind w:firstLine="420"/>
      </w:pPr>
      <w:r>
        <w:t>魏伟</w:t>
      </w:r>
    </w:p>
    <w:p>
      <w:pPr>
        <w:pStyle w:val="Heading5"/>
        <w:spacing w:line="360" w:lineRule="auto" w:before="0" w:after="0"/>
        <w:ind w:firstLine="420"/>
      </w:pPr>
      <w:r>
        <w:t>资格证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955500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b7430a4-97cb-4635-b4cc-1ba1287ef1d5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9555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5"/>
        <w:spacing w:line="360" w:lineRule="auto" w:before="0" w:after="0"/>
        <w:ind w:firstLine="420"/>
      </w:pPr>
      <w:r>
        <w:t>学位证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957884"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507d105-77af-4fa2-ab2f-2eb81679551e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95788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5"/>
        <w:spacing w:line="360" w:lineRule="auto" w:before="0" w:after="0"/>
        <w:ind w:firstLine="420"/>
      </w:pPr>
      <w:r>
        <w:t>劳动合同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644444"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5d0ec24-5b48-4892-9009-8fcb6e03dd4a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64444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5"/>
        <w:spacing w:line="360" w:lineRule="auto" w:before="0" w:after="0"/>
        <w:ind w:firstLine="420"/>
      </w:pPr>
      <w:r>
        <w:t>身份证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957884"/>
            <wp:docPr id="16" name="Picture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c000268-4f2e-4b79-acbf-6dd05833e315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95788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957884"/>
            <wp:docPr id="17" name="Picture 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541d257-2f6f-4deb-a9a6-b20895712689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957884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jpg"/><Relationship Id="rId16" Type="http://schemas.openxmlformats.org/officeDocument/2006/relationships/image" Target="media/image8.jpg"/><Relationship Id="rId17" Type="http://schemas.openxmlformats.org/officeDocument/2006/relationships/image" Target="media/image9.jpg"/><Relationship Id="rId18" Type="http://schemas.openxmlformats.org/officeDocument/2006/relationships/image" Target="media/image10.jpg"/><Relationship Id="rId19" Type="http://schemas.openxmlformats.org/officeDocument/2006/relationships/image" Target="media/image11.jpg"/><Relationship Id="rId20" Type="http://schemas.openxmlformats.org/officeDocument/2006/relationships/image" Target="media/image12.jpg"/><Relationship Id="rId21" Type="http://schemas.openxmlformats.org/officeDocument/2006/relationships/image" Target="media/image13.jpg"/><Relationship Id="rId22" Type="http://schemas.openxmlformats.org/officeDocument/2006/relationships/image" Target="media/image14.jpg"/><Relationship Id="rId23" Type="http://schemas.openxmlformats.org/officeDocument/2006/relationships/image" Target="media/image15.jpg"/><Relationship Id="rId24" Type="http://schemas.openxmlformats.org/officeDocument/2006/relationships/image" Target="media/image16.jpg"/><Relationship Id="rId25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