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2" name="Picture 1"/>
            <wp:cNvGraphicFramePr>
              <a:graphicFrameLocks noChangeAspect="1"/>
            </wp:cNvGraphicFramePr>
            <a:graphic>
              <a:graphicData uri="http://schemas.openxmlformats.org/drawingml/2006/picture">
                <pic:pic>
                  <pic:nvPicPr>
                    <pic:cNvPr id="2"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3" name="Picture 1"/>
            <wp:cNvGraphicFramePr>
              <a:graphicFrameLocks noChangeAspect="1"/>
            </wp:cNvGraphicFramePr>
            <a:graphic>
              <a:graphicData uri="http://schemas.openxmlformats.org/drawingml/2006/picture">
                <pic:pic>
                  <pic:nvPicPr>
                    <pic:cNvPr id="3"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4" name="Picture 2"/>
            <wp:cNvGraphicFramePr>
              <a:graphicFrameLocks noChangeAspect="1"/>
            </wp:cNvGraphicFramePr>
            <a:graphic>
              <a:graphicData uri="http://schemas.openxmlformats.org/drawingml/2006/picture">
                <pic:pic>
                  <pic:nvPicPr>
                    <pic:cNvPr id="4"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5" name="Picture 3"/>
            <wp:cNvGraphicFramePr>
              <a:graphicFrameLocks noChangeAspect="1"/>
            </wp:cNvGraphicFramePr>
            <a:graphic>
              <a:graphicData uri="http://schemas.openxmlformats.org/drawingml/2006/picture">
                <pic:pic>
                  <pic:nvPicPr>
                    <pic:cNvPr id="5"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6" name="Picture 4"/>
            <wp:cNvGraphicFramePr>
              <a:graphicFrameLocks noChangeAspect="1"/>
            </wp:cNvGraphicFramePr>
            <a:graphic>
              <a:graphicData uri="http://schemas.openxmlformats.org/drawingml/2006/picture">
                <pic:pic>
                  <pic:nvPicPr>
                    <pic:cNvPr id="6"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7" name="Picture 5"/>
            <wp:cNvGraphicFramePr>
              <a:graphicFrameLocks noChangeAspect="1"/>
            </wp:cNvGraphicFramePr>
            <a:graphic>
              <a:graphicData uri="http://schemas.openxmlformats.org/drawingml/2006/picture">
                <pic:pic>
                  <pic:nvPicPr>
                    <pic:cNvPr id="7"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8" name="Picture 6"/>
            <wp:cNvGraphicFramePr>
              <a:graphicFrameLocks noChangeAspect="1"/>
            </wp:cNvGraphicFramePr>
            <a:graphic>
              <a:graphicData uri="http://schemas.openxmlformats.org/drawingml/2006/picture">
                <pic:pic>
                  <pic:nvPicPr>
                    <pic:cNvPr id="8"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9" name="Picture 7"/>
            <wp:cNvGraphicFramePr>
              <a:graphicFrameLocks noChangeAspect="1"/>
            </wp:cNvGraphicFramePr>
            <a:graphic>
              <a:graphicData uri="http://schemas.openxmlformats.org/drawingml/2006/picture">
                <pic:pic>
                  <pic:nvPicPr>
                    <pic:cNvPr id="9"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10" name="Picture 8"/>
            <wp:cNvGraphicFramePr>
              <a:graphicFrameLocks noChangeAspect="1"/>
            </wp:cNvGraphicFramePr>
            <a:graphic>
              <a:graphicData uri="http://schemas.openxmlformats.org/drawingml/2006/picture">
                <pic:pic>
                  <pic:nvPicPr>
                    <pic:cNvPr id="10"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1" name="Picture 9"/>
            <wp:cNvGraphicFramePr>
              <a:graphicFrameLocks noChangeAspect="1"/>
            </wp:cNvGraphicFramePr>
            <a:graphic>
              <a:graphicData uri="http://schemas.openxmlformats.org/drawingml/2006/picture">
                <pic:pic>
                  <pic:nvPicPr>
                    <pic:cNvPr id="11"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2" name="Picture 10"/>
            <wp:cNvGraphicFramePr>
              <a:graphicFrameLocks noChangeAspect="1"/>
            </wp:cNvGraphicFramePr>
            <a:graphic>
              <a:graphicData uri="http://schemas.openxmlformats.org/drawingml/2006/picture">
                <pic:pic>
                  <pic:nvPicPr>
                    <pic:cNvPr id="12"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3" name="Picture 11"/>
            <wp:cNvGraphicFramePr>
              <a:graphicFrameLocks noChangeAspect="1"/>
            </wp:cNvGraphicFramePr>
            <a:graphic>
              <a:graphicData uri="http://schemas.openxmlformats.org/drawingml/2006/picture">
                <pic:pic>
                  <pic:nvPicPr>
                    <pic:cNvPr id="13"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4" name="Picture 12"/>
            <wp:cNvGraphicFramePr>
              <a:graphicFrameLocks noChangeAspect="1"/>
            </wp:cNvGraphicFramePr>
            <a:graphic>
              <a:graphicData uri="http://schemas.openxmlformats.org/drawingml/2006/picture">
                <pic:pic>
                  <pic:nvPicPr>
                    <pic:cNvPr id="14"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5" name="Picture 13"/>
            <wp:cNvGraphicFramePr>
              <a:graphicFrameLocks noChangeAspect="1"/>
            </wp:cNvGraphicFramePr>
            <a:graphic>
              <a:graphicData uri="http://schemas.openxmlformats.org/drawingml/2006/picture">
                <pic:pic>
                  <pic:nvPicPr>
                    <pic:cNvPr id="15"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6" name="Picture 14"/>
            <wp:cNvGraphicFramePr>
              <a:graphicFrameLocks noChangeAspect="1"/>
            </wp:cNvGraphicFramePr>
            <a:graphic>
              <a:graphicData uri="http://schemas.openxmlformats.org/drawingml/2006/picture">
                <pic:pic>
                  <pic:nvPicPr>
                    <pic:cNvPr id="16"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7" name="Picture 15"/>
            <wp:cNvGraphicFramePr>
              <a:graphicFrameLocks noChangeAspect="1"/>
            </wp:cNvGraphicFramePr>
            <a:graphic>
              <a:graphicData uri="http://schemas.openxmlformats.org/drawingml/2006/picture">
                <pic:pic>
                  <pic:nvPicPr>
                    <pic:cNvPr id="17"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8" name="Picture 16"/>
            <wp:cNvGraphicFramePr>
              <a:graphicFrameLocks noChangeAspect="1"/>
            </wp:cNvGraphicFramePr>
            <a:graphic>
              <a:graphicData uri="http://schemas.openxmlformats.org/drawingml/2006/picture">
                <pic:pic>
                  <pic:nvPicPr>
                    <pic:cNvPr id="18"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9" name="Picture 17"/>
            <wp:cNvGraphicFramePr>
              <a:graphicFrameLocks noChangeAspect="1"/>
            </wp:cNvGraphicFramePr>
            <a:graphic>
              <a:graphicData uri="http://schemas.openxmlformats.org/drawingml/2006/picture">
                <pic:pic>
                  <pic:nvPicPr>
                    <pic:cNvPr id="19"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