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360427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d37e801-8e24-4315-8c65-fc1358be845e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3604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31295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ce98d-04f6-47d9-8070-2b3ea2cdd3a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312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563722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7c889ab-2e67-41a3-ba4d-854aa84efcc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56372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00445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afe08e6-2989-4043-8f41-641d6eeae9af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0044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509629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4c5f053-dca3-49cb-b2a2-6d90cc5fceed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5096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399146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738de47-70ba-49ae-a9ed-4021539ebb27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3991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342048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eb8e1a1-112e-4f0a-bbfc-50ed4eca0de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3420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482101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fc852d6-6fdd-4ced-8920-955adb90f29d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4821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362332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78af3bf-7f7d-442c-8ee3-720cdf91f669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3623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35221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6a57f29-f941-46d0-b876-76835317ff4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3522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265111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071a72f-d5a5-42b5-98ab-c19798c2fb7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2651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242614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5ff998f-3a1a-4c00-8c7b-2ee720f5148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2426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544192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e52bf8c-34c5-4189-8529-9aa49c71643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5441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330058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8c0e48-4754-4012-bf21-4e2ec383745f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3300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316297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1361ae0-a17d-4c1b-8621-2eec65d09c0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31629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263311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dc26498-d1cf-47a3-a3ba-a1779522559d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2633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28426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feceb3-c54d-42ba-9a8f-d0b82872831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28426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160516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06788eb-7b22-41cf-ae3c-1de117d96f9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16051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321376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cd4e768-11ba-48cc-bf43-7bd37ca7dc2c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3213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558311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e1e18d-bf8b-41f9-b18a-4c6957224aea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5583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437865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3d5b05c-571b-4e19-9001-4e1257ac7865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43786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305150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017d61-4fc9-4918-887f-fdc0c851850a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3051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428982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403ea2a-9e37-4795-9b35-42979060e1b0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4289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273863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2aaaf03-45db-47d1-a933-603973df591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273863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