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4"/>
        <w:spacing w:line="360" w:lineRule="auto" w:before="0" w:after="0"/>
        <w:ind w:firstLine="420"/>
      </w:pPr>
      <w:r>
        <w:t>营业执照</w:t>
      </w:r>
    </w:p>
    <w:p>
      <w:pPr>
        <w:pStyle w:val="Heading5"/>
        <w:spacing w:line="360" w:lineRule="auto" w:before="0" w:after="0"/>
        <w:ind w:firstLine="420"/>
      </w:pPr>
      <w:r>
        <w:t>678</w:t>
      </w:r>
    </w:p>
    <w:p>
      <w:pPr>
        <w:pStyle w:val="Heading6"/>
        <w:spacing w:line="360" w:lineRule="auto" w:before="0" w:after="0"/>
        <w:ind w:firstLine="420"/>
      </w:pPr>
      <w:r>
        <w:t>555</w:t>
      </w:r>
    </w:p>
    <w:p>
      <w:pPr>
        <w:pStyle w:val="Heading5"/>
        <w:spacing w:line="360" w:lineRule="auto" w:before="0" w:after="0"/>
        <w:ind w:firstLine="420"/>
      </w:pPr>
      <w:r>
        <w:t>123</w:t>
      </w:r>
    </w:p>
    <w:p>
      <w:pPr>
        <w:pStyle w:val="Heading6"/>
        <w:spacing w:line="360" w:lineRule="auto" w:before="0" w:after="0"/>
        <w:ind w:firstLine="420"/>
      </w:pPr>
      <w:r>
        <w:t>555</w:t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52740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98a9b63-28f0-44a9-ae4b-acfb41feef5b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52740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8765851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06cc61e2-dde1-42e3-a415-b441085a643c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876585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8765851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06cc61e2-dde1-42e3-a415-b441085a643c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876585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5273999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b5ff568-7735-4a4e-855f-83419a6a7526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527399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2966625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a29da60-5fca-4ffb-b2b9-faec6a7111cb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296662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5273999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b5ff568-7735-4a4e-855f-83419a6a7526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5273999"/>
                    </a:xfrm>
                    <a:prstGeom prst="rect"/>
                  </pic:spPr>
                </pic:pic>
              </a:graphicData>
            </a:graphic>
          </wp:inline>
        </w:drawing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  <w:rPr>
      <w:rFonts w:ascii="宋体" w:hAnsi="宋体" w:eastAsia="宋体"/>
      <w:color w:val="000000"/>
      <w:sz w:val="21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4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 w:ascii="宋体" w:hAnsi="宋体" w:eastAsia="宋体"/>
      <w:b/>
      <w:bCs/>
      <w:i/>
      <w:iCs/>
      <w:color w:val="000000"/>
      <w:sz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 w:ascii="宋体" w:hAnsi="宋体" w:eastAsia="宋体"/>
      <w:b/>
      <w:color w:val="000000"/>
      <w:sz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 w:ascii="宋体" w:hAnsi="宋体" w:eastAsia="宋体"/>
      <w:b/>
      <w:color w:val="000000"/>
      <w:sz w:val="24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1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jpg"/><Relationship Id="rId10" Type="http://schemas.openxmlformats.org/officeDocument/2006/relationships/image" Target="media/image2.jpg"/><Relationship Id="rId11" Type="http://schemas.openxmlformats.org/officeDocument/2006/relationships/image" Target="media/image3.jpg"/><Relationship Id="rId12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