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4"/>
        <w:spacing w:line="360" w:lineRule="auto" w:before="0" w:after="0"/>
        <w:ind w:firstLine="420"/>
      </w:pPr>
      <w:r>
        <w:t>公司名称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34173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d12cea4-79e0-4edc-b768-a0b3e995ee8a.jpe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341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41673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3812f3d-a50f-4d31-ae6a-fb71512ad29c.jpe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416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3342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966625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7d74647-7551-4cd1-9740-904ca3303faa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9666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434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d53e3b7-22f8-4151-9a26-dbc4b0aae2ff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0559b94-5f27-4be6-8562-ae22ccf96f6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87ad5c8-8fa4-4973-85b9-59a3bca7bbe0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4a7a8a6-9fbe-4d0b-bfa6-a5cb19fcb05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ac31baf-ee45-426b-b4b3-c5d7f08d69d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f6da8f9-9a49-453a-9633-b1ec21e6bb5b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851aac-f5cd-4756-af72-8ada7b2d0e0f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fa00bf7-3413-46f2-8437-c3d80121b9a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1234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851aac-f5cd-4756-af72-8ada7b2d0e0f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87ad5c8-8fa4-4973-85b9-59a3bca7bbe0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ac31baf-ee45-426b-b4b3-c5d7f08d69d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5a61f37-fa3e-4987-8a87-a162fb4f179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4a7a8a6-9fbe-4d0b-bfa6-a5cb19fcb05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d53e3b7-22f8-4151-9a26-dbc4b0aae2ff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0aaddcd-5004-449f-b319-a92a3c8d51f7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fa00bf7-3413-46f2-8437-c3d80121b9a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9b225aa-67c5-4297-a9c0-bbae75b1be23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24" name="Picture 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f6da8f9-9a49-453a-9633-b1ec21e6bb5b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25" name="Picture 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57582f2-47ea-4e76-8885-0545262aa9c5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26" name="Picture 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0559b94-5f27-4be6-8562-ae22ccf96f6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27" name="Picture 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8a36c68-b341-4e7e-a2dd-e80842fa3d2a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1223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28" name="Picture 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5a61f37-fa3e-4987-8a87-a162fb4f179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29" name="Picture 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5273999"/>
            <wp:docPr id="30" name="Picture 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e9e204c-5bc9-4d56-8fbe-e56bc14e4e02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527399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31" name="Picture 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57582f2-47ea-4e76-8885-0545262aa9c5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32" name="Picture 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d53e3b7-22f8-4151-9a26-dbc4b0aae2ff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33" name="Picture 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9b225aa-67c5-4297-a9c0-bbae75b1be23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34" name="Picture 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11111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31088"/>
            <wp:docPr id="35" name="Picture 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88e7f82-bf10-4a30-a2f4-fa4c30329a00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3108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678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5274000"/>
            <wp:docPr id="36" name="Picture 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98a9b63-28f0-44a9-ae4b-acfb41feef5b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52740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7898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37" name="Picture 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4a7a8a6-9fbe-4d0b-bfa6-a5cb19fcb05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123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38" name="Picture 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2bb9a6c-e3ba-46ec-9066-7f44d0ad33cc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39" name="Picture 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5fcebdf-9399-4874-bf11-3a18a9e9e559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40" name="Picture 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d53e3b7-22f8-4151-9a26-dbc4b0aae2ff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41" name="Picture 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4a7a8a6-9fbe-4d0b-bfa6-a5cb19fcb05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4091303"/>
            <wp:docPr id="42" name="Picture 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5cbcffa-cf1b-4e78-a3fd-d0dd27ef59e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409130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43" name="Picture 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8a36c68-b341-4e7e-a2dd-e80842fa3d2a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44" name="Picture 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45" name="Picture 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5a61f37-fa3e-4987-8a87-a162fb4f179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5273999"/>
            <wp:docPr id="46" name="Picture 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e9e204c-5bc9-4d56-8fbe-e56bc14e4e02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527399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47" name="Picture 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5a61f37-fa3e-4987-8a87-a162fb4f179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48" name="Picture 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87ad5c8-8fa4-4973-85b9-59a3bca7bbe0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49" name="Picture 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d53e3b7-22f8-4151-9a26-dbc4b0aae2ff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50" name="Picture 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5a61f37-fa3e-4987-8a87-a162fb4f179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51" name="Picture 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0aaddcd-5004-449f-b319-a92a3c8d51f7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52" name="Picture 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f6da8f9-9a49-453a-9633-b1ec21e6bb5b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53" name="Picture 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57582f2-47ea-4e76-8885-0545262aa9c5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54" name="Picture 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ba47c2a-86d6-42bf-9d25-2c874acc197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55" name="Picture 5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ac31baf-ee45-426b-b4b3-c5d7f08d69d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56" name="Picture 5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5a61f37-fa3e-4987-8a87-a162fb4f179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57" name="Picture 5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58" name="Picture 5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5a61f37-fa3e-4987-8a87-a162fb4f179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59" name="Picture 5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de5911b-e593-4fda-877b-c3aa8f868b74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60" name="Picture 6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fa00bf7-3413-46f2-8437-c3d80121b9a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61" name="Picture 6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f6da8f9-9a49-453a-9633-b1ec21e6bb5b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62" name="Picture 6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4a7a8a6-9fbe-4d0b-bfa6-a5cb19fcb05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974110"/>
            <wp:docPr id="63" name="Picture 6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2805b9d-2b22-44dd-bfe1-8bde2929c665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9741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64" name="Picture 6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5fcebdf-9399-4874-bf11-3a18a9e9e559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65" name="Picture 6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de5911b-e593-4fda-877b-c3aa8f868b74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66" name="Picture 6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0aaddcd-5004-449f-b319-a92a3c8d51f7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765851"/>
            <wp:docPr id="67" name="Picture 6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6cc61e2-dde1-42e3-a415-b441085a643c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7658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68" name="Picture 6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69" name="Picture 6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9b225aa-67c5-4297-a9c0-bbae75b1be23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70" name="Picture 7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9b225aa-67c5-4297-a9c0-bbae75b1be23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581413"/>
            <wp:docPr id="71" name="Picture 7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2362595-370f-419b-91a8-697ea4134519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5814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72" name="Picture 7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851aac-f5cd-4756-af72-8ada7b2d0e0f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73" name="Picture 7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fa00bf7-3413-46f2-8437-c3d80121b9a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74" name="Picture 7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75" name="Picture 7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5fcebdf-9399-4874-bf11-3a18a9e9e559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18031"/>
            <wp:docPr id="76" name="Picture 7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1ad3137-36b5-4d7b-9f31-b3518124aa66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180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77" name="Picture 7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851aac-f5cd-4756-af72-8ada7b2d0e0f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78" name="Picture 7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652642"/>
            <wp:docPr id="79" name="Picture 7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9307c9a-120e-4952-bcf7-a56c06a309c1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65264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80" name="Picture 8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9b225aa-67c5-4297-a9c0-bbae75b1be23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81" name="Picture 8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5a61f37-fa3e-4987-8a87-a162fb4f179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82" name="Picture 8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f6da8f9-9a49-453a-9633-b1ec21e6bb5b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83" name="Picture 8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84" name="Picture 8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0aaddcd-5004-449f-b319-a92a3c8d51f7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18031"/>
            <wp:docPr id="85" name="Picture 8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1ad3137-36b5-4d7b-9f31-b3518124aa66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180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86" name="Picture 8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851aac-f5cd-4756-af72-8ada7b2d0e0f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87" name="Picture 8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d53e3b7-22f8-4151-9a26-dbc4b0aae2ff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88" name="Picture 8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5a61f37-fa3e-4987-8a87-a162fb4f179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89" name="Picture 8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5fcebdf-9399-4874-bf11-3a18a9e9e559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90" name="Picture 9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851aac-f5cd-4756-af72-8ada7b2d0e0f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91" name="Picture 9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5a61f37-fa3e-4987-8a87-a162fb4f179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4091303"/>
            <wp:docPr id="92" name="Picture 9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5cbcffa-cf1b-4e78-a3fd-d0dd27ef59e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409130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93" name="Picture 9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4a7a8a6-9fbe-4d0b-bfa6-a5cb19fcb05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94" name="Picture 9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d53e3b7-22f8-4151-9a26-dbc4b0aae2ff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040"/>
            <wp:docPr id="95" name="Picture 9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985d9c6-2236-4cfa-ba40-45c9c87bbeed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0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581413"/>
            <wp:docPr id="96" name="Picture 9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2362595-370f-419b-91a8-697ea4134519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5814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97" name="Picture 9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f6da8f9-9a49-453a-9633-b1ec21e6bb5b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18031"/>
            <wp:docPr id="98" name="Picture 9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1ad3137-36b5-4d7b-9f31-b3518124aa66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180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99" name="Picture 9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00" name="Picture 10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652642"/>
            <wp:docPr id="101" name="Picture 1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9307c9a-120e-4952-bcf7-a56c06a309c1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65264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02" name="Picture 10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03" name="Picture 10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87ad5c8-8fa4-4973-85b9-59a3bca7bbe0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104" name="Picture 10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ba47c2a-86d6-42bf-9d25-2c874acc197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05" name="Picture 10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0aaddcd-5004-449f-b319-a92a3c8d51f7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06" name="Picture 10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4a7a8a6-9fbe-4d0b-bfa6-a5cb19fcb05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107" name="Picture 10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5fcebdf-9399-4874-bf11-3a18a9e9e559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974110"/>
            <wp:docPr id="108" name="Picture 10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2805b9d-2b22-44dd-bfe1-8bde2929c665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9741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09" name="Picture 10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0559b94-5f27-4be6-8562-ae22ccf96f6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10" name="Picture 1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f6da8f9-9a49-453a-9633-b1ec21e6bb5b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11" name="Picture 1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12" name="Picture 1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87ad5c8-8fa4-4973-85b9-59a3bca7bbe0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04"/>
            <wp:docPr id="113" name="Picture 1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ece44d1-73d4-4718-9953-47180971a1bf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0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995374"/>
            <wp:docPr id="114" name="Picture 1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f5abd43-c714-4a58-a467-e5c62908a5c8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9953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15" name="Picture 1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fa00bf7-3413-46f2-8437-c3d80121b9a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040"/>
            <wp:docPr id="116" name="Picture 1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985d9c6-2236-4cfa-ba40-45c9c87bbeed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0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117" name="Picture 1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2bb9a6c-e3ba-46ec-9066-7f44d0ad33cc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18" name="Picture 1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ac31baf-ee45-426b-b4b3-c5d7f08d69d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19" name="Picture 1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120" name="Picture 1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9b225aa-67c5-4297-a9c0-bbae75b1be23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21" name="Picture 1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ac31baf-ee45-426b-b4b3-c5d7f08d69d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122" name="Picture 1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57582f2-47ea-4e76-8885-0545262aa9c5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23" name="Picture 1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8a36c68-b341-4e7e-a2dd-e80842fa3d2a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24" name="Picture 1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0559b94-5f27-4be6-8562-ae22ccf96f6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25" name="Picture 1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f6da8f9-9a49-453a-9633-b1ec21e6bb5b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26" name="Picture 1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4a7a8a6-9fbe-4d0b-bfa6-a5cb19fcb05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27" name="Picture 1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d53e3b7-22f8-4151-9a26-dbc4b0aae2ff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28" name="Picture 1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8a36c68-b341-4e7e-a2dd-e80842fa3d2a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129" name="Picture 1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57582f2-47ea-4e76-8885-0545262aa9c5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30" name="Picture 1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131" name="Picture 1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9b225aa-67c5-4297-a9c0-bbae75b1be23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32" name="Picture 1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4a7a8a6-9fbe-4d0b-bfa6-a5cb19fcb05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33" name="Picture 1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8a36c68-b341-4e7e-a2dd-e80842fa3d2a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34" name="Picture 1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35" name="Picture 1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fa00bf7-3413-46f2-8437-c3d80121b9a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652642"/>
            <wp:docPr id="136" name="Picture 1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9307c9a-120e-4952-bcf7-a56c06a309c1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65264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37" name="Picture 1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0559b94-5f27-4be6-8562-ae22ccf96f6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38" name="Picture 1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0559b94-5f27-4be6-8562-ae22ccf96f6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39" name="Picture 1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fa00bf7-3413-46f2-8437-c3d80121b9a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18031"/>
            <wp:docPr id="140" name="Picture 1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1ad3137-36b5-4d7b-9f31-b3518124aa66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180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141" name="Picture 1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57582f2-47ea-4e76-8885-0545262aa9c5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9384956"/>
            <wp:docPr id="142" name="Picture 1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5fcebdf-9399-4874-bf11-3a18a9e9e559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938495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43" name="Picture 1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851aac-f5cd-4756-af72-8ada7b2d0e0f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44" name="Picture 1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851aac-f5cd-4756-af72-8ada7b2d0e0f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145" name="Picture 1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2bb9a6c-e3ba-46ec-9066-7f44d0ad33cc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146" name="Picture 1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ba47c2a-86d6-42bf-9d25-2c874acc197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47" name="Picture 1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87ad5c8-8fa4-4973-85b9-59a3bca7bbe0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48" name="Picture 1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ac31baf-ee45-426b-b4b3-c5d7f08d69d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49" name="Picture 1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de5911b-e593-4fda-877b-c3aa8f868b74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50" name="Picture 1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0559b94-5f27-4be6-8562-ae22ccf96f6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151" name="Picture 1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2bb9a6c-e3ba-46ec-9066-7f44d0ad33cc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52" name="Picture 1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0aaddcd-5004-449f-b319-a92a3c8d51f7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53" name="Picture 1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d53e3b7-22f8-4151-9a26-dbc4b0aae2ff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54" name="Picture 1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f6da8f9-9a49-453a-9633-b1ec21e6bb5b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155" name="Picture 15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ba47c2a-86d6-42bf-9d25-2c874acc197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56" name="Picture 15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851aac-f5cd-4756-af72-8ada7b2d0e0f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18031"/>
            <wp:docPr id="157" name="Picture 15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1ad3137-36b5-4d7b-9f31-b3518124aa66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180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158" name="Picture 15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57582f2-47ea-4e76-8885-0545262aa9c5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159" name="Picture 15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57582f2-47ea-4e76-8885-0545262aa9c5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60" name="Picture 16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ac31baf-ee45-426b-b4b3-c5d7f08d69d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161" name="Picture 16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9b225aa-67c5-4297-a9c0-bbae75b1be23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62" name="Picture 16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63" name="Picture 16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87ad5c8-8fa4-4973-85b9-59a3bca7bbe0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04"/>
            <wp:docPr id="164" name="Picture 16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ece44d1-73d4-4718-9953-47180971a1bf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0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65" name="Picture 16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38952"/>
            <wp:docPr id="166" name="Picture 16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57582f2-47ea-4e76-8885-0545262aa9c5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38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4091303"/>
            <wp:docPr id="167" name="Picture 16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5cbcffa-cf1b-4e78-a3fd-d0dd27ef59e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409130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168" name="Picture 16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ba47c2a-86d6-42bf-9d25-2c874acc197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6482"/>
            <wp:docPr id="169" name="Picture 16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ba47c2a-86d6-42bf-9d25-2c874acc197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64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70" name="Picture 17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71" name="Picture 17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4a7a8a6-9fbe-4d0b-bfa6-a5cb19fcb05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72" name="Picture 17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73" name="Picture 17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de5911b-e593-4fda-877b-c3aa8f868b74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174" name="Picture 17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2bb9a6c-e3ba-46ec-9066-7f44d0ad33cc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75" name="Picture 17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f6da8f9-9a49-453a-9633-b1ec21e6bb5b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8765851"/>
            <wp:docPr id="176" name="Picture 17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6cc61e2-dde1-42e3-a415-b441085a643c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87658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77" name="Picture 17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87ad5c8-8fa4-4973-85b9-59a3bca7bbe0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78" name="Picture 17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de5911b-e593-4fda-877b-c3aa8f868b74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179" name="Picture 17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851aac-f5cd-4756-af72-8ada7b2d0e0f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953624"/>
            <wp:docPr id="180" name="Picture 18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5a61f37-fa3e-4987-8a87-a162fb4f179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953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81" name="Picture 18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8a36c68-b341-4e7e-a2dd-e80842fa3d2a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82" name="Picture 18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5904"/>
            <wp:docPr id="183" name="Picture 18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ece44d1-73d4-4718-9953-47180971a1bf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590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18321"/>
            <wp:docPr id="184" name="Picture 18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2bb9a6c-e3ba-46ec-9066-7f44d0ad33cc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183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185" name="Picture 18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9b225aa-67c5-4297-a9c0-bbae75b1be23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86" name="Picture 18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d53e3b7-22f8-4151-9a26-dbc4b0aae2ff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87" name="Picture 18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87ad5c8-8fa4-4973-85b9-59a3bca7bbe0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995374"/>
            <wp:docPr id="188" name="Picture 18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f5abd43-c714-4a58-a467-e5c62908a5c8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99537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3432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966625"/>
            <wp:docPr id="189" name="Picture 18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7d74647-7551-4cd1-9740-904ca3303faa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96662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4"/>
        <w:spacing w:line="360" w:lineRule="auto" w:before="0" w:after="0"/>
        <w:ind w:firstLine="420"/>
      </w:pPr>
      <w:r>
        <w:t>1233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1166"/>
            <wp:docPr id="190" name="Picture 19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9b225aa-67c5-4297-a9c0-bbae75b1be23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116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833346"/>
            <wp:docPr id="191" name="Picture 19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8c67d44-a5fa-44ac-bec5-e83e77d21a12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83334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92" name="Picture 19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4a7a8a6-9fbe-4d0b-bfa6-a5cb19fcb051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52634"/>
            <wp:docPr id="193" name="Picture 19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81461ef-6a05-4666-aa02-19ea2441d1b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526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9934"/>
            <wp:docPr id="194" name="Picture 19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fa00bf7-3413-46f2-8437-c3d80121b9a3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993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95" name="Picture 19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87ad5c8-8fa4-4973-85b9-59a3bca7bbe0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196" name="Picture 19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ac31baf-ee45-426b-b4b3-c5d7f08d69d1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661778"/>
            <wp:docPr id="197" name="Picture 19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0559b94-5f27-4be6-8562-ae22ccf96f6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66177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726960"/>
            <wp:docPr id="198" name="Picture 19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f6da8f9-9a49-453a-9633-b1ec21e6bb5b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7269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58181"/>
            <wp:docPr id="199" name="Picture 19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8a36c68-b341-4e7e-a2dd-e80842fa3d2a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58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11425693"/>
            <wp:docPr id="200" name="Picture 20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2851aac-f5cd-4756-af72-8ada7b2d0e0f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142569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2548732"/>
            <wp:docPr id="201" name="Picture 20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d53e3b7-22f8-4151-9a26-dbc4b0aae2ff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2548732"/>
                    </a:xfrm>
                    <a:prstGeom prst="rect"/>
                  </pic:spPr>
                </pic:pic>
              </a:graphicData>
            </a:graphic>
          </wp:inline>
        </w:drawing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rPr>
      <w:rFonts w:ascii="宋体" w:hAnsi="宋体" w:eastAsia="宋体"/>
      <w:color w:val="000000"/>
      <w:sz w:val="21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 w:ascii="宋体" w:hAnsi="宋体" w:eastAsia="宋体"/>
      <w:b/>
      <w:bCs/>
      <w:i/>
      <w:iCs/>
      <w:color w:val="000000"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 w:ascii="宋体" w:hAnsi="宋体" w:eastAsia="宋体"/>
      <w:b/>
      <w:color w:val="000000"/>
      <w:sz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 w:ascii="宋体" w:hAnsi="宋体" w:eastAsia="宋体"/>
      <w:b/>
      <w:color w:val="000000"/>
      <w:sz w:val="24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1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jpeg"/><Relationship Id="rId10" Type="http://schemas.openxmlformats.org/officeDocument/2006/relationships/image" Target="media/image2.jpe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jpg"/><Relationship Id="rId14" Type="http://schemas.openxmlformats.org/officeDocument/2006/relationships/image" Target="media/image6.png"/><Relationship Id="rId15" Type="http://schemas.openxmlformats.org/officeDocument/2006/relationships/image" Target="media/image7.jpg"/><Relationship Id="rId16" Type="http://schemas.openxmlformats.org/officeDocument/2006/relationships/image" Target="media/image8.png"/><Relationship Id="rId17" Type="http://schemas.openxmlformats.org/officeDocument/2006/relationships/image" Target="media/image9.jpg"/><Relationship Id="rId18" Type="http://schemas.openxmlformats.org/officeDocument/2006/relationships/image" Target="media/image10.jpg"/><Relationship Id="rId19" Type="http://schemas.openxmlformats.org/officeDocument/2006/relationships/image" Target="media/image11.jpg"/><Relationship Id="rId20" Type="http://schemas.openxmlformats.org/officeDocument/2006/relationships/image" Target="media/image12.jpg"/><Relationship Id="rId21" Type="http://schemas.openxmlformats.org/officeDocument/2006/relationships/image" Target="media/image13.jpg"/><Relationship Id="rId22" Type="http://schemas.openxmlformats.org/officeDocument/2006/relationships/image" Target="media/image14.jpg"/><Relationship Id="rId23" Type="http://schemas.openxmlformats.org/officeDocument/2006/relationships/image" Target="media/image15.jp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jpg"/><Relationship Id="rId27" Type="http://schemas.openxmlformats.org/officeDocument/2006/relationships/image" Target="media/image19.jpg"/><Relationship Id="rId28" Type="http://schemas.openxmlformats.org/officeDocument/2006/relationships/image" Target="media/image20.jpg"/><Relationship Id="rId29" Type="http://schemas.openxmlformats.org/officeDocument/2006/relationships/image" Target="media/image21.jpg"/><Relationship Id="rId30" Type="http://schemas.openxmlformats.org/officeDocument/2006/relationships/image" Target="media/image22.jpg"/><Relationship Id="rId31" Type="http://schemas.openxmlformats.org/officeDocument/2006/relationships/image" Target="media/image23.jpg"/><Relationship Id="rId32" Type="http://schemas.openxmlformats.org/officeDocument/2006/relationships/image" Target="media/image24.jpg"/><Relationship Id="rId33" Type="http://schemas.openxmlformats.org/officeDocument/2006/relationships/image" Target="media/image25.jpg"/><Relationship Id="rId34" Type="http://schemas.openxmlformats.org/officeDocument/2006/relationships/image" Target="media/image26.jpg"/><Relationship Id="rId35" Type="http://schemas.openxmlformats.org/officeDocument/2006/relationships/image" Target="media/image27.png"/><Relationship Id="rId36" Type="http://schemas.openxmlformats.org/officeDocument/2006/relationships/image" Target="media/image28.jpg"/><Relationship Id="rId37" Type="http://schemas.openxmlformats.org/officeDocument/2006/relationships/image" Target="media/image29.jpg"/><Relationship Id="rId38" Type="http://schemas.openxmlformats.org/officeDocument/2006/relationships/image" Target="media/image30.pn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jpg"/><Relationship Id="rId42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