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line="360" w:lineRule="auto" w:before="0" w:after="0"/>
        <w:ind w:firstLine="420"/>
      </w:pPr>
      <w:r>
        <w:t xml:space="preserve"> 在遥远的宇宙中，存在一个名为“幻境”的星球。这个星球的居民长相奇特，他们的头部犹如地球上的昆虫，身体却像柔软的蛇一样。在这个星球上，居民们过着和谐的生活，他们热爱和平，尊重自然，更神奇的是，他们具备了超能力。</w:t>
        <w:br/>
        <w:br/>
        <w:t>幻境星球的居民拥有强大的心灵感应能力，可以通过意念进行交流，甚至能感知到地球上人类的思想。他们了解到地球人类正面临着严重的环境污染、资源枯竭等问题，于是决定伸出援手，拯救地球。</w:t>
        <w:br/>
        <w:br/>
        <w:t>他们选中了一位地球人，将他带到了幻境星球。这位地球人名叫小明，他原本是一个普通的大学生，但对神秘现象充满好奇心。在幻境星球，小明见证了那里的居民如何用意念控制自然界的力量，创造出一个绿意盎然的星球。小明十分惊讶，他向幻境星球的居民请教了如何运用心灵感应的能力。</w:t>
        <w:br/>
        <w:br/>
        <w:t>在掌握了这项神奇的能力后，小明回到了地球。他开始利用心灵感应，与动植物沟通，了解它们的需求和痛苦。小明还发现，通过心灵感应，他可以感知到人类内心的恐惧、愤怒和悲伤。他决定利用这项能力，帮助地球上的人类和动植物解决问题，传播和平与爱的理念。</w:t>
        <w:br/>
        <w:br/>
        <w:t>小明逐渐变得越来越有名，他成为了一位全球闻名的慈善家，被人们誉为“地球的守护者”。在他的努力下，地球上的战争减少了，环境得到了改善，动植物的生存环境也得到了保护。然而，小明却因为过度消耗心灵能量，身体状况日渐恶化。</w:t>
        <w:br/>
        <w:br/>
        <w:t>在生命的最后时刻，小明将他所学到的所有知识传授给了一个年轻的地球人。这个年轻人继承了小明的使命，继续用心灵感应的能力守护地球。而幻境星球的居民，也在遥远的宇宙中，关注着地球的命运，默默守护着这个蓝色的星球。</w:t>
        <w:br/>
        <w:br/>
        <w:t>这个故事告诉我们，人类与自然界有着密切的联系，只要我们用心去感受，就能体会到自然界所传达的信息。我们应该珍惜地球，关爱每一个生命，让地球回归和谐美好的家园。而那些超自然的力量，并非遥不可及，它们就隐藏在我们心中，等待着我们去发现和运用。让我们携手共建美好地球，传递爱与和平。</w:t>
      </w:r>
    </w:p>
    <w:p>
      <w:pPr>
        <w:pStyle w:val="Heading4"/>
        <w:spacing w:line="360" w:lineRule="auto" w:before="0" w:after="0"/>
        <w:ind w:firstLine="420"/>
      </w:pPr>
      <w:r>
        <w:t>公司名称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34173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d12cea4-79e0-4edc-b768-a0b3e995ee8a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341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41673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3812f3d-a50f-4d31-ae6a-fb71512ad29c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416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3342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966625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7d74647-7551-4cd1-9740-904ca3303faa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9666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434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1234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1223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5273999"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e9e204c-5bc9-4d56-8fbe-e56bc14e4e0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52739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32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11111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31088"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88e7f82-bf10-4a30-a2f4-fa4c30329a00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3108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678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5274000"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98a9b63-28f0-44a9-ae4b-acfb41feef5b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5274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7898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123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bb9a6c-e3ba-46ec-9066-7f44d0ad33cc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fcebdf-9399-4874-bf11-3a18a9e9e55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40" name="Picture 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41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091303"/>
            <wp:docPr id="42" name="Picture 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5cbcffa-cf1b-4e78-a3fd-d0dd27ef59e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0913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43" name="Picture 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44" name="Picture 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45" name="Picture 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5273999"/>
            <wp:docPr id="46" name="Picture 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e9e204c-5bc9-4d56-8fbe-e56bc14e4e0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52739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47" name="Picture 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48" name="Picture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49" name="Picture 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50" name="Picture 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51" name="Picture 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52" name="Picture 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53" name="Picture 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54" name="Picture 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ba47c2a-86d6-42bf-9d25-2c874acc197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55" name="Picture 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56" name="Picture 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57" name="Picture 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58" name="Picture 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59" name="Picture 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de5911b-e593-4fda-877b-c3aa8f868b7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60" name="Picture 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61" name="Picture 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62" name="Picture 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74110"/>
            <wp:docPr id="63" name="Picture 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2805b9d-2b22-44dd-bfe1-8bde2929c665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741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64" name="Picture 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fcebdf-9399-4874-bf11-3a18a9e9e55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65" name="Picture 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de5911b-e593-4fda-877b-c3aa8f868b7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66" name="Picture 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765851"/>
            <wp:docPr id="67" name="Picture 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6cc61e2-dde1-42e3-a415-b441085a643c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7658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68" name="Picture 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69" name="Picture 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70" name="Picture 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581413"/>
            <wp:docPr id="71" name="Picture 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2362595-370f-419b-91a8-697ea4134519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581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72" name="Picture 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73" name="Picture 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74" name="Picture 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75" name="Picture 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fcebdf-9399-4874-bf11-3a18a9e9e55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76" name="Picture 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ad3137-36b5-4d7b-9f31-b3518124aa66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77" name="Picture 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78" name="Picture 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652642"/>
            <wp:docPr id="79" name="Picture 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307c9a-120e-4952-bcf7-a56c06a309c1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6526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80" name="Picture 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81" name="Picture 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82" name="Picture 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83" name="Picture 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84" name="Picture 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85" name="Picture 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ad3137-36b5-4d7b-9f31-b3518124aa66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86" name="Picture 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87" name="Picture 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88" name="Picture 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89" name="Picture 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fcebdf-9399-4874-bf11-3a18a9e9e55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90" name="Picture 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91" name="Picture 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091303"/>
            <wp:docPr id="92" name="Picture 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5cbcffa-cf1b-4e78-a3fd-d0dd27ef59e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0913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93" name="Picture 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94" name="Picture 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040"/>
            <wp:docPr id="95" name="Picture 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985d9c6-2236-4cfa-ba40-45c9c87bbeed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0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581413"/>
            <wp:docPr id="96" name="Picture 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2362595-370f-419b-91a8-697ea4134519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581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97" name="Picture 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98" name="Picture 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ad3137-36b5-4d7b-9f31-b3518124aa66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99" name="Picture 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652642"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307c9a-120e-4952-bcf7-a56c06a309c1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6526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ba47c2a-86d6-42bf-9d25-2c874acc197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fcebdf-9399-4874-bf11-3a18a9e9e55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74110"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2805b9d-2b22-44dd-bfe1-8bde2929c665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741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09" name="Picture 10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10" name="Picture 1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11" name="Picture 1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12" name="Picture 1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113" name="Picture 1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ece44d1-73d4-4718-9953-47180971a1bf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95374"/>
            <wp:docPr id="114" name="Picture 1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f5abd43-c714-4a58-a467-e5c62908a5c8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953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15" name="Picture 1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040"/>
            <wp:docPr id="116" name="Picture 1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985d9c6-2236-4cfa-ba40-45c9c87bbeed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0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17" name="Picture 1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bb9a6c-e3ba-46ec-9066-7f44d0ad33cc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18" name="Picture 1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19" name="Picture 1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20" name="Picture 1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21" name="Picture 1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22" name="Picture 1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23" name="Picture 1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24" name="Picture 1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25" name="Picture 1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26" name="Picture 1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27" name="Picture 1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28" name="Picture 1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29" name="Picture 1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30" name="Picture 1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31" name="Picture 1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32" name="Picture 1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33" name="Picture 1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34" name="Picture 1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35" name="Picture 1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652642"/>
            <wp:docPr id="136" name="Picture 1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307c9a-120e-4952-bcf7-a56c06a309c1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6526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37" name="Picture 1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38" name="Picture 1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39" name="Picture 1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140" name="Picture 1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ad3137-36b5-4d7b-9f31-b3518124aa66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41" name="Picture 1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142" name="Picture 1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fcebdf-9399-4874-bf11-3a18a9e9e55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43" name="Picture 1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44" name="Picture 1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45" name="Picture 1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bb9a6c-e3ba-46ec-9066-7f44d0ad33cc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46" name="Picture 1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ba47c2a-86d6-42bf-9d25-2c874acc197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47" name="Picture 1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48" name="Picture 1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49" name="Picture 1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de5911b-e593-4fda-877b-c3aa8f868b7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50" name="Picture 1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51" name="Picture 1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bb9a6c-e3ba-46ec-9066-7f44d0ad33cc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52" name="Picture 1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53" name="Picture 1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54" name="Picture 1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55" name="Picture 1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ba47c2a-86d6-42bf-9d25-2c874acc197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56" name="Picture 1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157" name="Picture 1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ad3137-36b5-4d7b-9f31-b3518124aa66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58" name="Picture 1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59" name="Picture 1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60" name="Picture 1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61" name="Picture 1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62" name="Picture 1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63" name="Picture 1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164" name="Picture 1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ece44d1-73d4-4718-9953-47180971a1bf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65" name="Picture 1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66" name="Picture 1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091303"/>
            <wp:docPr id="167" name="Picture 1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5cbcffa-cf1b-4e78-a3fd-d0dd27ef59e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0913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68" name="Picture 1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ba47c2a-86d6-42bf-9d25-2c874acc197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69" name="Picture 1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ba47c2a-86d6-42bf-9d25-2c874acc197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70" name="Picture 1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71" name="Picture 1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72" name="Picture 1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73" name="Picture 1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de5911b-e593-4fda-877b-c3aa8f868b7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74" name="Picture 1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bb9a6c-e3ba-46ec-9066-7f44d0ad33cc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75" name="Picture 1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765851"/>
            <wp:docPr id="176" name="Picture 1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6cc61e2-dde1-42e3-a415-b441085a643c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7658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77" name="Picture 1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78" name="Picture 1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de5911b-e593-4fda-877b-c3aa8f868b7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79" name="Picture 1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80" name="Picture 1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81" name="Picture 1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82" name="Picture 1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183" name="Picture 1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ece44d1-73d4-4718-9953-47180971a1bf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84" name="Picture 1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bb9a6c-e3ba-46ec-9066-7f44d0ad33cc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85" name="Picture 1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86" name="Picture 1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87" name="Picture 1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95374"/>
            <wp:docPr id="188" name="Picture 1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f5abd43-c714-4a58-a467-e5c62908a5c8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953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3432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966625"/>
            <wp:docPr id="189" name="Picture 1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7d74647-7551-4cd1-9740-904ca3303faa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9666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1233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90" name="Picture 1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91" name="Picture 1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92" name="Picture 1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93" name="Picture 1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94" name="Picture 1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5" name="Picture 1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6" name="Picture 1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97" name="Picture 1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98" name="Picture 1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99" name="Picture 1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200" name="Picture 2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201" name="Picture 2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eg"/><Relationship Id="rId10" Type="http://schemas.openxmlformats.org/officeDocument/2006/relationships/image" Target="media/image2.jpe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jpg"/><Relationship Id="rId14" Type="http://schemas.openxmlformats.org/officeDocument/2006/relationships/image" Target="media/image6.png"/><Relationship Id="rId15" Type="http://schemas.openxmlformats.org/officeDocument/2006/relationships/image" Target="media/image7.jpg"/><Relationship Id="rId16" Type="http://schemas.openxmlformats.org/officeDocument/2006/relationships/image" Target="media/image8.pn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jp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jpg"/><Relationship Id="rId30" Type="http://schemas.openxmlformats.org/officeDocument/2006/relationships/image" Target="media/image22.jpg"/><Relationship Id="rId31" Type="http://schemas.openxmlformats.org/officeDocument/2006/relationships/image" Target="media/image23.jpg"/><Relationship Id="rId32" Type="http://schemas.openxmlformats.org/officeDocument/2006/relationships/image" Target="media/image24.jpg"/><Relationship Id="rId33" Type="http://schemas.openxmlformats.org/officeDocument/2006/relationships/image" Target="media/image25.jpg"/><Relationship Id="rId34" Type="http://schemas.openxmlformats.org/officeDocument/2006/relationships/image" Target="media/image26.jpg"/><Relationship Id="rId35" Type="http://schemas.openxmlformats.org/officeDocument/2006/relationships/image" Target="media/image27.png"/><Relationship Id="rId36" Type="http://schemas.openxmlformats.org/officeDocument/2006/relationships/image" Target="media/image28.jpg"/><Relationship Id="rId37" Type="http://schemas.openxmlformats.org/officeDocument/2006/relationships/image" Target="media/image29.jp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jpg"/><Relationship Id="rId42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