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spacing w:line="360" w:lineRule="auto" w:before="0" w:after="0"/>
        <w:ind w:firstLine="420"/>
      </w:pPr>
      <w:r>
        <w:t xml:space="preserve"> 针对支持海洋保护，以下是一个综合性的方案：</w:t>
        <w:br/>
        <w:br/>
        <w:t>一、政策层面：</w:t>
        <w:br/>
        <w:br/>
        <w:t>1. 完善海洋保护相关法律法规：修订《中华人民共和国海洋环境保护法》，明确海洋生态保护的权责划分，加强法律制度的可操作性和实施力度。</w:t>
        <w:br/>
        <w:br/>
        <w:t>2. 制定政策导向：国务院、财政部、自然资源部等相关部门制定一系列政策，支持海洋生态保护修复项目，明确中央与地方财政事权和支出责任划分。</w:t>
        <w:br/>
        <w:br/>
        <w:t>3. 设立海洋生态保护基金：由中央和地方财政共同出资，引导社会资本参与，形成多元化的海洋生态保护投资机制。</w:t>
        <w:br/>
        <w:br/>
        <w:t>二、项目实施层面：</w:t>
        <w:br/>
        <w:br/>
        <w:t>1. 蓝色海湾综合整治行动：针对海域污染、生态退化等问题，开展海湾整治项目，提高海域生态环境质量。</w:t>
        <w:br/>
        <w:br/>
        <w:t>2. 海岸带保护修复工程：对受损严重和生态问题突出的海岸带进行修复，提高海岸带的生态功能和防灾减灾能力。</w:t>
        <w:br/>
        <w:br/>
        <w:t>3. 红树林保护与恢复：加强红树林生态系统保护，提高红树林生态系统服务功能。</w:t>
        <w:br/>
        <w:br/>
        <w:t>4. 海洋生物多样性保护：加强海洋生物多样性的监测、评估和保护，维护海洋生态系统的稳定。</w:t>
        <w:br/>
        <w:br/>
        <w:t>三、科技创新与人才培养：</w:t>
        <w:br/>
        <w:br/>
        <w:t>1. 加强海洋生态保护科技创新：支持研究海洋生态保护、海洋环境监测、海洋资源利用等方面的关键技术，推动科技成果转化。</w:t>
        <w:br/>
        <w:br/>
        <w:t>2. 人才培养：加强海洋生态保护、海洋资源管理等方面的专业人才培养，提高海洋保护管理水平。</w:t>
        <w:br/>
        <w:br/>
        <w:t>四、宣传教育与社会参与：</w:t>
        <w:br/>
        <w:br/>
        <w:t>1. 加强海洋保护宣传教育：通过媒体、教育、公益活动等途径，提高公众对海洋保护的认识和参与意识。</w:t>
        <w:br/>
        <w:br/>
        <w:t>2. 鼓励社会参与：鼓励企业、社会组织和个人参与海洋保护项目，形成全社会共同参与海洋保护的良好氛围。</w:t>
        <w:br/>
        <w:br/>
        <w:t>五、国际合作与交流：</w:t>
        <w:br/>
        <w:br/>
        <w:t>1. 加强与国际组织、发达国家在海洋保护领域的合作与交流，引进先进的技术和管理经验。</w:t>
        <w:br/>
        <w:br/>
        <w:t>2. 参与国际海洋保护公约和协议，共同应对全球海洋环境问题。</w:t>
        <w:br/>
        <w:br/>
        <w:t>通过以上五个方面的综合施策，不断加强海洋保护，实现海洋生态环境的持续改善，为可持续发展提供有力支撑。</w:t>
      </w:r>
    </w:p>
    <w:p>
      <w:pPr>
        <w:pStyle w:val="Heading4"/>
        <w:spacing w:line="360" w:lineRule="auto" w:before="0" w:after="0"/>
        <w:ind w:firstLine="420"/>
      </w:pPr>
      <w:r>
        <w:t>3432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966625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2c2dc45-1fca-4cd1-805b-7edba44c5682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9666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123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3181e5d-e600-4634-afb5-dcae309a1970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c95fa90-5a17-4511-abe4-9af68faaa27f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a010f18-42cf-4510-a178-1d2d2b935584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d3e103b-24ee-4a5d-866a-bb3251586c75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4e8c82d-5a90-464a-bd6a-1023a87a1ba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18031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6d74212-0d8d-4d83-9842-a6842b890b6b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180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d3e103b-24ee-4a5d-866a-bb3251586c75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652642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9307c9a-120e-4952-bcf7-a56c06a309c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65264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16aae70-ece2-402b-acb0-fe200eaf1a72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4e8c82d-5a90-464a-bd6a-1023a87a1ba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c95fa90-5a17-4511-abe4-9af68faaa27f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ba0a636-637f-4f25-8214-e1c86b1ce486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863a8c0-8b6e-4cfc-b7da-a6d91559c4db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863a8c0-8b6e-4cfc-b7da-a6d91559c4db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d832121-c116-40ca-970e-89e17198dbfb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4e8c82d-5a90-464a-bd6a-1023a87a1ba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4091303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5cbcffa-cf1b-4e78-a3fd-d0dd27ef59e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409130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3181e5d-e600-4634-afb5-dcae309a1970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fbb9055-3177-4a7b-be73-02da2421f22e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db764ef-adb9-4a8d-a376-09af4524495d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90fd432-348e-4c8b-bfcc-604d59e8dc0e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a010f18-42cf-4510-a178-1d2d2b935584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24" name="Picture 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16aae70-ece2-402b-acb0-fe200eaf1a72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25" name="Picture 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3181e5d-e600-4634-afb5-dcae309a1970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26" name="Picture 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fbb9055-3177-4a7b-be73-02da2421f22e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27" name="Picture 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db764ef-adb9-4a8d-a376-09af4524495d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28" name="Picture 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6c91f83-a9d0-421c-be23-0921f83c5c5d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29" name="Picture 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d62601b-677c-434f-a80a-a2faec65476e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30" name="Picture 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018cd7e-20e8-469f-925f-2d708982eb8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18031"/>
            <wp:docPr id="31" name="Picture 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6d74212-0d8d-4d83-9842-a6842b890b6b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180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32" name="Picture 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d62601b-677c-434f-a80a-a2faec65476e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33" name="Picture 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018cd7e-20e8-469f-925f-2d708982eb8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34" name="Picture 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c95fa90-5a17-4511-abe4-9af68faaa27f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995374"/>
            <wp:docPr id="35" name="Picture 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cac8e43-e42c-4941-98cb-4901f97daf50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9953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36" name="Picture 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d832121-c116-40ca-970e-89e17198dbfb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37" name="Picture 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db764ef-adb9-4a8d-a376-09af4524495d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765851"/>
            <wp:docPr id="38" name="Picture 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6cc61e2-dde1-42e3-a415-b441085a643c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7658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040"/>
            <wp:docPr id="39" name="Picture 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b4f9aac-7057-4b9e-b8c0-03b7affd1c4e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0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04"/>
            <wp:docPr id="40" name="Picture 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88b99d0-621f-4c85-b316-37a231a11a8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0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41" name="Picture 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db764ef-adb9-4a8d-a376-09af4524495d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581413"/>
            <wp:docPr id="42" name="Picture 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2335980-1c52-420a-bf59-6cbde4b6802c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5814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43" name="Picture 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4a3035e-4172-457e-aa8f-66596ee6328f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44" name="Picture 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c024b72-eeca-4f61-9224-0a360d877fb6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45" name="Picture 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db764ef-adb9-4a8d-a376-09af4524495d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46" name="Picture 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16aae70-ece2-402b-acb0-fe200eaf1a72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47" name="Picture 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c024b72-eeca-4f61-9224-0a360d877fb6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48" name="Picture 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a010f18-42cf-4510-a178-1d2d2b935584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49" name="Picture 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6c91f83-a9d0-421c-be23-0921f83c5c5d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5273999"/>
            <wp:docPr id="50" name="Picture 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b5ff568-7735-4a4e-855f-83419a6a7526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527399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51" name="Picture 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d832121-c116-40ca-970e-89e17198dbfb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4091303"/>
            <wp:docPr id="52" name="Picture 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5cbcffa-cf1b-4e78-a3fd-d0dd27ef59e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409130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53" name="Picture 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d3e103b-24ee-4a5d-866a-bb3251586c75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54" name="Picture 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db96b48-3f26-4b7f-9d39-99026371a1ca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55" name="Picture 5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db764ef-adb9-4a8d-a376-09af4524495d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56" name="Picture 5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90fd432-348e-4c8b-bfcc-604d59e8dc0e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57" name="Picture 5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4a3035e-4172-457e-aa8f-66596ee6328f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58" name="Picture 5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31eaba9-4bfa-4d6c-a976-58ff54ccf2b5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18031"/>
            <wp:docPr id="59" name="Picture 5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6d74212-0d8d-4d83-9842-a6842b890b6b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180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60" name="Picture 6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4e8c82d-5a90-464a-bd6a-1023a87a1ba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61" name="Picture 6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c95fa90-5a17-4511-abe4-9af68faaa27f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18031"/>
            <wp:docPr id="62" name="Picture 6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6d74212-0d8d-4d83-9842-a6842b890b6b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180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63" name="Picture 6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16aae70-ece2-402b-acb0-fe200eaf1a72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64" name="Picture 6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db96b48-3f26-4b7f-9d39-99026371a1ca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65" name="Picture 6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d62601b-677c-434f-a80a-a2faec65476e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66" name="Picture 6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4a3035e-4172-457e-aa8f-66596ee6328f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67" name="Picture 6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4a3035e-4172-457e-aa8f-66596ee6328f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68" name="Picture 6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c024b72-eeca-4f61-9224-0a360d877fb6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69" name="Picture 6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018cd7e-20e8-469f-925f-2d708982eb8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70" name="Picture 7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c024b72-eeca-4f61-9224-0a360d877fb6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71" name="Picture 7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ba0a636-637f-4f25-8214-e1c86b1ce486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974110"/>
            <wp:docPr id="72" name="Picture 7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9056439-9854-4aa4-8895-8b7a6c69d4ce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9741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73" name="Picture 7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a010f18-42cf-4510-a178-1d2d2b935584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652642"/>
            <wp:docPr id="74" name="Picture 7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9307c9a-120e-4952-bcf7-a56c06a309c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65264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75" name="Picture 7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4a3035e-4172-457e-aa8f-66596ee6328f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76" name="Picture 7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fbb9055-3177-4a7b-be73-02da2421f22e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581413"/>
            <wp:docPr id="77" name="Picture 7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2335980-1c52-420a-bf59-6cbde4b6802c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5814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652642"/>
            <wp:docPr id="78" name="Picture 7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9307c9a-120e-4952-bcf7-a56c06a309c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65264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79" name="Picture 7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c024b72-eeca-4f61-9224-0a360d877fb6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80" name="Picture 8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018cd7e-20e8-469f-925f-2d708982eb8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81" name="Picture 8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d3e103b-24ee-4a5d-866a-bb3251586c75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82" name="Picture 8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fbb9055-3177-4a7b-be73-02da2421f22e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83" name="Picture 8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d62601b-677c-434f-a80a-a2faec65476e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995374"/>
            <wp:docPr id="84" name="Picture 8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cac8e43-e42c-4941-98cb-4901f97daf50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9953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85" name="Picture 8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90fd432-348e-4c8b-bfcc-604d59e8dc0e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86" name="Picture 8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d62601b-677c-434f-a80a-a2faec65476e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87" name="Picture 8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db96b48-3f26-4b7f-9d39-99026371a1ca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040"/>
            <wp:docPr id="88" name="Picture 8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b4f9aac-7057-4b9e-b8c0-03b7affd1c4e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0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89" name="Picture 8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fbb9055-3177-4a7b-be73-02da2421f22e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90" name="Picture 9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16aae70-ece2-402b-acb0-fe200eaf1a72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765851"/>
            <wp:docPr id="91" name="Picture 9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6cc61e2-dde1-42e3-a415-b441085a643c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7658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92" name="Picture 9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ba0a636-637f-4f25-8214-e1c86b1ce486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04"/>
            <wp:docPr id="93" name="Picture 9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88b99d0-621f-4c85-b316-37a231a11a8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0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94" name="Picture 9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6c91f83-a9d0-421c-be23-0921f83c5c5d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95" name="Picture 9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6c91f83-a9d0-421c-be23-0921f83c5c5d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96" name="Picture 9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6c91f83-a9d0-421c-be23-0921f83c5c5d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97" name="Picture 9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31eaba9-4bfa-4d6c-a976-58ff54ccf2b5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98" name="Picture 9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31eaba9-4bfa-4d6c-a976-58ff54ccf2b5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99" name="Picture 9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a010f18-42cf-4510-a178-1d2d2b935584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100" name="Picture 10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ba0a636-637f-4f25-8214-e1c86b1ce486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01" name="Picture 1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018cd7e-20e8-469f-925f-2d708982eb8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02" name="Picture 10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fbb9055-3177-4a7b-be73-02da2421f22e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03" name="Picture 10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90fd432-348e-4c8b-bfcc-604d59e8dc0e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104" name="Picture 10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863a8c0-8b6e-4cfc-b7da-a6d91559c4db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105" name="Picture 10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863a8c0-8b6e-4cfc-b7da-a6d91559c4db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106" name="Picture 10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ba0a636-637f-4f25-8214-e1c86b1ce486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107" name="Picture 10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863a8c0-8b6e-4cfc-b7da-a6d91559c4db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08" name="Picture 10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c95fa90-5a17-4511-abe4-9af68faaa27f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09" name="Picture 10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db764ef-adb9-4a8d-a376-09af4524495d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110" name="Picture 1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d3e103b-24ee-4a5d-866a-bb3251586c75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18031"/>
            <wp:docPr id="111" name="Picture 1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6d74212-0d8d-4d83-9842-a6842b890b6b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180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12" name="Picture 1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d62601b-677c-434f-a80a-a2faec65476e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13" name="Picture 1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4a3035e-4172-457e-aa8f-66596ee6328f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114" name="Picture 1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16aae70-ece2-402b-acb0-fe200eaf1a72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115" name="Picture 1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ba0a636-637f-4f25-8214-e1c86b1ce486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16" name="Picture 1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3181e5d-e600-4634-afb5-dcae309a1970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17" name="Picture 1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d62601b-677c-434f-a80a-a2faec65476e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118" name="Picture 1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863a8c0-8b6e-4cfc-b7da-a6d91559c4db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119" name="Picture 1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d3e103b-24ee-4a5d-866a-bb3251586c75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20" name="Picture 1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4e8c82d-5a90-464a-bd6a-1023a87a1ba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21" name="Picture 1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90fd432-348e-4c8b-bfcc-604d59e8dc0e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22" name="Picture 1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018cd7e-20e8-469f-925f-2d708982eb8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123" name="Picture 1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31eaba9-4bfa-4d6c-a976-58ff54ccf2b5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24" name="Picture 1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fbb9055-3177-4a7b-be73-02da2421f22e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125" name="Picture 1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d832121-c116-40ca-970e-89e17198dbfb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26" name="Picture 1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4a3035e-4172-457e-aa8f-66596ee6328f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127" name="Picture 1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16aae70-ece2-402b-acb0-fe200eaf1a72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28" name="Picture 1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d62601b-677c-434f-a80a-a2faec65476e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04"/>
            <wp:docPr id="129" name="Picture 1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88b99d0-621f-4c85-b316-37a231a11a8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0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30" name="Picture 1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fbb9055-3177-4a7b-be73-02da2421f22e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974110"/>
            <wp:docPr id="131" name="Picture 1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9056439-9854-4aa4-8895-8b7a6c69d4ce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9741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32" name="Picture 1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4a3035e-4172-457e-aa8f-66596ee6328f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33" name="Picture 1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db96b48-3f26-4b7f-9d39-99026371a1ca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34" name="Picture 1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db96b48-3f26-4b7f-9d39-99026371a1ca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4091303"/>
            <wp:docPr id="135" name="Picture 1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5cbcffa-cf1b-4e78-a3fd-d0dd27ef59e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409130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36" name="Picture 1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c024b72-eeca-4f61-9224-0a360d877fb6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37" name="Picture 1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018cd7e-20e8-469f-925f-2d708982eb8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138" name="Picture 1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863a8c0-8b6e-4cfc-b7da-a6d91559c4db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39" name="Picture 1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6c91f83-a9d0-421c-be23-0921f83c5c5d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40" name="Picture 1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4a3035e-4172-457e-aa8f-66596ee6328f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41" name="Picture 1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fbb9055-3177-4a7b-be73-02da2421f22e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42" name="Picture 1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018cd7e-20e8-469f-925f-2d708982eb8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143" name="Picture 1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31eaba9-4bfa-4d6c-a976-58ff54ccf2b5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144" name="Picture 1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d832121-c116-40ca-970e-89e17198dbfb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145" name="Picture 1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863a8c0-8b6e-4cfc-b7da-a6d91559c4db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146" name="Picture 1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863a8c0-8b6e-4cfc-b7da-a6d91559c4db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47" name="Picture 1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c024b72-eeca-4f61-9224-0a360d877fb6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148" name="Picture 1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d832121-c116-40ca-970e-89e17198dbfb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149" name="Picture 1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d832121-c116-40ca-970e-89e17198dbfb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50" name="Picture 1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6c91f83-a9d0-421c-be23-0921f83c5c5d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51" name="Picture 1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3181e5d-e600-4634-afb5-dcae309a1970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152" name="Picture 1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31eaba9-4bfa-4d6c-a976-58ff54ccf2b5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1233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53" name="Picture 1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d62601b-677c-434f-a80a-a2faec65476e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154" name="Picture 1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d832121-c116-40ca-970e-89e17198dbfb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55" name="Picture 15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db764ef-adb9-4a8d-a376-09af4524495d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56" name="Picture 15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018cd7e-20e8-469f-925f-2d708982eb8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57" name="Picture 15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c95fa90-5a17-4511-abe4-9af68faaa27f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58" name="Picture 15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fbb9055-3177-4a7b-be73-02da2421f22e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59" name="Picture 15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90fd432-348e-4c8b-bfcc-604d59e8dc0e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60" name="Picture 16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db96b48-3f26-4b7f-9d39-99026371a1ca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61" name="Picture 16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6c91f83-a9d0-421c-be23-0921f83c5c5d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62" name="Picture 16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c024b72-eeca-4f61-9224-0a360d877fb6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63" name="Picture 16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3181e5d-e600-4634-afb5-dcae309a1970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64" name="Picture 16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4a3035e-4172-457e-aa8f-66596ee6328f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7898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65" name="Picture 16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db764ef-adb9-4a8d-a376-09af4524495d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公司名称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34173"/>
            <wp:docPr id="166" name="Picture 16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d12cea4-79e0-4edc-b768-a0b3e995ee8a.jpe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341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41673"/>
            <wp:docPr id="167" name="Picture 16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3812f3d-a50f-4d31-ae6a-fb71512ad29c.jpe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416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1223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168" name="Picture 16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863a8c0-8b6e-4cfc-b7da-a6d91559c4db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169" name="Picture 16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d832121-c116-40ca-970e-89e17198dbfb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70" name="Picture 17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fbb9055-3177-4a7b-be73-02da2421f22e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71" name="Picture 17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6c91f83-a9d0-421c-be23-0921f83c5c5d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172" name="Picture 17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16aae70-ece2-402b-acb0-fe200eaf1a72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73" name="Picture 17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4a3035e-4172-457e-aa8f-66596ee6328f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5273999"/>
            <wp:docPr id="174" name="Picture 17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b5ff568-7735-4a4e-855f-83419a6a7526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527399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11111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31088"/>
            <wp:docPr id="175" name="Picture 17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88e7f82-bf10-4a30-a2f4-fa4c30329a00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3108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678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5274000"/>
            <wp:docPr id="176" name="Picture 17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98a9b63-28f0-44a9-ae4b-acfb41feef5b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52740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3342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966625"/>
            <wp:docPr id="177" name="Picture 17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2c2dc45-1fca-4cd1-805b-7edba44c5682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9666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1234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78" name="Picture 17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c024b72-eeca-4f61-9224-0a360d877fb6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179" name="Picture 17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d832121-c116-40ca-970e-89e17198dbfb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180" name="Picture 18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863a8c0-8b6e-4cfc-b7da-a6d91559c4db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81" name="Picture 18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d62601b-677c-434f-a80a-a2faec65476e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182" name="Picture 18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16aae70-ece2-402b-acb0-fe200eaf1a72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83" name="Picture 18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db96b48-3f26-4b7f-9d39-99026371a1ca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84" name="Picture 18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3181e5d-e600-4634-afb5-dcae309a1970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85" name="Picture 18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a010f18-42cf-4510-a178-1d2d2b935584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86" name="Picture 18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6c91f83-a9d0-421c-be23-0921f83c5c5d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87" name="Picture 18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db764ef-adb9-4a8d-a376-09af4524495d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88" name="Picture 18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c95fa90-5a17-4511-abe4-9af68faaa27f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89" name="Picture 18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4a3035e-4172-457e-aa8f-66596ee6328f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90" name="Picture 19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018cd7e-20e8-469f-925f-2d708982eb8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91" name="Picture 19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fbb9055-3177-4a7b-be73-02da2421f22e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92" name="Picture 19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90fd432-348e-4c8b-bfcc-604d59e8dc0e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434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93" name="Picture 19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c95fa90-5a17-4511-abe4-9af68faaa27f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94" name="Picture 19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6c91f83-a9d0-421c-be23-0921f83c5c5d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95" name="Picture 19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c024b72-eeca-4f61-9224-0a360d877fb6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96" name="Picture 19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3181e5d-e600-4634-afb5-dcae309a1970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97" name="Picture 19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db96b48-3f26-4b7f-9d39-99026371a1ca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98" name="Picture 19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d62601b-677c-434f-a80a-a2faec65476e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99" name="Picture 19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018cd7e-20e8-469f-925f-2d708982eb8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200" name="Picture 20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db764ef-adb9-4a8d-a376-09af4524495d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201" name="Picture 2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fbb9055-3177-4a7b-be73-02da2421f22e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rPr>
      <w:rFonts w:ascii="宋体" w:hAnsi="宋体" w:eastAsia="宋体"/>
      <w:color w:val="000000"/>
      <w:sz w:val="21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 w:ascii="宋体" w:hAnsi="宋体" w:eastAsia="宋体"/>
      <w:b/>
      <w:bCs/>
      <w:i/>
      <w:iCs/>
      <w:color w:val="000000"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 w:ascii="宋体" w:hAnsi="宋体" w:eastAsia="宋体"/>
      <w:b/>
      <w:color w:val="000000"/>
      <w:sz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 w:ascii="宋体" w:hAnsi="宋体" w:eastAsia="宋体"/>
      <w:b/>
      <w:color w:val="000000"/>
      <w:sz w:val="24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1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jpg"/><Relationship Id="rId19" Type="http://schemas.openxmlformats.org/officeDocument/2006/relationships/image" Target="media/image11.jpg"/><Relationship Id="rId20" Type="http://schemas.openxmlformats.org/officeDocument/2006/relationships/image" Target="media/image12.png"/><Relationship Id="rId21" Type="http://schemas.openxmlformats.org/officeDocument/2006/relationships/image" Target="media/image13.jpg"/><Relationship Id="rId22" Type="http://schemas.openxmlformats.org/officeDocument/2006/relationships/image" Target="media/image14.jpg"/><Relationship Id="rId23" Type="http://schemas.openxmlformats.org/officeDocument/2006/relationships/image" Target="media/image15.jpg"/><Relationship Id="rId24" Type="http://schemas.openxmlformats.org/officeDocument/2006/relationships/image" Target="media/image16.jpg"/><Relationship Id="rId25" Type="http://schemas.openxmlformats.org/officeDocument/2006/relationships/image" Target="media/image17.png"/><Relationship Id="rId26" Type="http://schemas.openxmlformats.org/officeDocument/2006/relationships/image" Target="media/image18.jpg"/><Relationship Id="rId27" Type="http://schemas.openxmlformats.org/officeDocument/2006/relationships/image" Target="media/image19.jpg"/><Relationship Id="rId28" Type="http://schemas.openxmlformats.org/officeDocument/2006/relationships/image" Target="media/image20.png"/><Relationship Id="rId29" Type="http://schemas.openxmlformats.org/officeDocument/2006/relationships/image" Target="media/image21.jpg"/><Relationship Id="rId30" Type="http://schemas.openxmlformats.org/officeDocument/2006/relationships/image" Target="media/image22.png"/><Relationship Id="rId31" Type="http://schemas.openxmlformats.org/officeDocument/2006/relationships/image" Target="media/image23.jpg"/><Relationship Id="rId32" Type="http://schemas.openxmlformats.org/officeDocument/2006/relationships/image" Target="media/image24.jpg"/><Relationship Id="rId33" Type="http://schemas.openxmlformats.org/officeDocument/2006/relationships/image" Target="media/image25.jpg"/><Relationship Id="rId34" Type="http://schemas.openxmlformats.org/officeDocument/2006/relationships/image" Target="media/image26.png"/><Relationship Id="rId35" Type="http://schemas.openxmlformats.org/officeDocument/2006/relationships/image" Target="media/image27.jpg"/><Relationship Id="rId36" Type="http://schemas.openxmlformats.org/officeDocument/2006/relationships/image" Target="media/image28.jpg"/><Relationship Id="rId37" Type="http://schemas.openxmlformats.org/officeDocument/2006/relationships/image" Target="media/image29.jpg"/><Relationship Id="rId38" Type="http://schemas.openxmlformats.org/officeDocument/2006/relationships/image" Target="media/image30.png"/><Relationship Id="rId39" Type="http://schemas.openxmlformats.org/officeDocument/2006/relationships/image" Target="media/image31.jpeg"/><Relationship Id="rId40" Type="http://schemas.openxmlformats.org/officeDocument/2006/relationships/image" Target="media/image32.jpeg"/><Relationship Id="rId41" Type="http://schemas.openxmlformats.org/officeDocument/2006/relationships/image" Target="media/image33.jpg"/><Relationship Id="rId42" Type="http://schemas.openxmlformats.org/officeDocument/2006/relationships/image" Target="media/image3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