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 w:line="360" w:lineRule="auto" w:before="0" w:after="0"/>
        <w:ind w:firstLine="420"/>
      </w:pPr>
      <w:r>
        <w:t xml:space="preserve"> 尺寸在某些情况下是非常重要的，但在其他情况下，则不那么关键。这取决于我们所讨论的具体领域和目标。以下是一些尺寸重要的场景：</w:t>
        <w:br/>
        <w:br/>
        <w:t>1. 服装：对于衣服、鞋子等商品，尺寸是非常重要的，因为它直接影响到穿着的舒适度和美观度。合适的尺寸可以确保消费者购买到满意的商品。</w:t>
        <w:br/>
        <w:br/>
        <w:t>2. 电子产品：电子产品的尺寸也对用户体验有很大影响。例如，手机、平板电脑等设备的尺寸会影响到观看、操作和携带的便利性。</w:t>
        <w:br/>
        <w:br/>
        <w:t>3. 建筑和家居：在建筑和家居领域，尺寸至关重要。合理的空间布局和家具尺寸可以提高居住和工作环境的舒适度，同时保证功能性。</w:t>
        <w:br/>
        <w:br/>
        <w:t>4. 机械设备：在机械设备领域，尺寸精度对设备性能和寿命有很大影响。精确的尺寸可以确保设备运行平稳、降低故障率。</w:t>
        <w:br/>
        <w:br/>
        <w:t>5. 包装和运输：在包装和运输行业，尺寸对于确定运输方式和选择合适的包装材料至关重要。合适的尺寸可以降低运输成本、提高运输效率。</w:t>
        <w:br/>
        <w:br/>
        <w:t>然而，在某些情况下，尺寸可能并不是最重要的因素。例如，在选购衣物时，有些人可能更关注款式、颜色和材质，而忽略尺寸。此外，在某些艺术品和收藏品领域，尺寸虽然有一定影响，但审美价值和稀缺性可能更为关键。</w:t>
        <w:br/>
        <w:br/>
        <w:t>总之，尺寸在许多领域中都具有重要意义，但在不同情况下，其他因素也可能成为消费者和企业更加关注的目标。在实际应用中，我们需要根据具体场景和需求来权衡尺寸与其他因素的重要性。</w:t>
      </w:r>
    </w:p>
    <w:p>
      <w:pPr>
        <w:pStyle w:val="Heading4"/>
        <w:spacing w:line="360" w:lineRule="auto" w:before="0" w:after="0"/>
        <w:ind w:firstLine="420"/>
      </w:pPr>
      <w:r>
        <w:t>1223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3999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e9e204c-5bc9-4d56-8fbe-e56bc14e4e0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39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d385da-33c6-4eba-ad4c-29bfb606ff9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1a12fbd-8629-4c1b-9c7a-3a6db45b31ca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3342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966625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7d74647-7551-4cd1-9740-904ca3303faa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9666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1234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1a12fbd-8629-4c1b-9c7a-3a6db45b31ca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e4a7d06-a307-4ad4-a8d7-a7c39af54bf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764443-dd9a-4e77-bac4-1af13534bc7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67deb5-ecc9-4bb2-bddf-c2dcef8be95c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dcb990-3353-4367-914a-77f8c01cd1e9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d385da-33c6-4eba-ad4c-29bfb606ff9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678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4000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8a9b63-28f0-44a9-ae4b-acfb41feef5b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4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8160624-95ae-44e0-a8cd-022acf299a0c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8c82d-5a90-464a-bd6a-1023a87a1ba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67deb5-ecc9-4bb2-bddf-c2dcef8be95c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040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b4f9aac-7057-4b9e-b8c0-03b7affd1c4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dcb990-3353-4367-914a-77f8c01cd1e9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1a12fbd-8629-4c1b-9c7a-3a6db45b31ca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67deb5-ecc9-4bb2-bddf-c2dcef8be95c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8758110-ed5a-4593-a5a8-7240e416f9f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8160624-95ae-44e0-a8cd-022acf299a0c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8c82d-5a90-464a-bd6a-1023a87a1ba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95374"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cac8e43-e42c-4941-98cb-4901f97daf50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953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16cf97c-abb3-4251-8877-879e9adf2c2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d385da-33c6-4eba-ad4c-29bfb606ff9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d385da-33c6-4eba-ad4c-29bfb606ff9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765851"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cc61e2-dde1-42e3-a415-b441085a643c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7658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95374"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cac8e43-e42c-4941-98cb-4901f97daf50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953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e4a7d06-a307-4ad4-a8d7-a7c39af54bf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764443-dd9a-4e77-bac4-1af13534bc7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8160624-95ae-44e0-a8cd-022acf299a0c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eb891eb-f4a1-4e55-b574-66cf0ab0b488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dcb990-3353-4367-914a-77f8c01cd1e9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8c82d-5a90-464a-bd6a-1023a87a1ba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d385da-33c6-4eba-ad4c-29bfb606ff9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16cf97c-abb3-4251-8877-879e9adf2c2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dcb990-3353-4367-914a-77f8c01cd1e9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68" name="Picture 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16cf97c-abb3-4251-8877-879e9adf2c2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69" name="Picture 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70" name="Picture 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e4a7d06-a307-4ad4-a8d7-a7c39af54bf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71" name="Picture 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72" name="Picture 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eb891eb-f4a1-4e55-b574-66cf0ab0b488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73" name="Picture 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1a12fbd-8629-4c1b-9c7a-3a6db45b31ca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74" name="Picture 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74110"/>
            <wp:docPr id="75" name="Picture 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2805b9d-2b22-44dd-bfe1-8bde2929c665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741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76" name="Picture 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77" name="Picture 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78" name="Picture 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eb891eb-f4a1-4e55-b574-66cf0ab0b488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79" name="Picture 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1a12fbd-8629-4c1b-9c7a-3a6db45b31ca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80" name="Picture 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81" name="Picture 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82" name="Picture 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81413"/>
            <wp:docPr id="83" name="Picture 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2335980-1c52-420a-bf59-6cbde4b6802c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81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84" name="Picture 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67deb5-ecc9-4bb2-bddf-c2dcef8be95c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85" name="Picture 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8758110-ed5a-4593-a5a8-7240e416f9f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86" name="Picture 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dcb990-3353-4367-914a-77f8c01cd1e9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87" name="Picture 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8758110-ed5a-4593-a5a8-7240e416f9f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3999"/>
            <wp:docPr id="88" name="Picture 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e9e204c-5bc9-4d56-8fbe-e56bc14e4e0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39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89" name="Picture 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d385da-33c6-4eba-ad4c-29bfb606ff9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90" name="Picture 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91" name="Picture 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92" name="Picture 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8160624-95ae-44e0-a8cd-022acf299a0c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81413"/>
            <wp:docPr id="93" name="Picture 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2335980-1c52-420a-bf59-6cbde4b6802c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81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94" name="Picture 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95" name="Picture 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96" name="Picture 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97" name="Picture 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67deb5-ecc9-4bb2-bddf-c2dcef8be95c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98" name="Picture 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8758110-ed5a-4593-a5a8-7240e416f9f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040"/>
            <wp:docPr id="99" name="Picture 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b4f9aac-7057-4b9e-b8c0-03b7affd1c4e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8160624-95ae-44e0-a8cd-022acf299a0c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8758110-ed5a-4593-a5a8-7240e416f9f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eb891eb-f4a1-4e55-b574-66cf0ab0b488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67deb5-ecc9-4bb2-bddf-c2dcef8be95c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74110"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2805b9d-2b22-44dd-bfe1-8bde2929c665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741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e4a7d06-a307-4ad4-a8d7-a7c39af54bf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764443-dd9a-4e77-bac4-1af13534bc7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c78846a-7055-4048-bde7-232893ab42df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1a12fbd-8629-4c1b-9c7a-3a6db45b31ca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16cf97c-abb3-4251-8877-879e9adf2c2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8c82d-5a90-464a-bd6a-1023a87a1ba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e4a7d06-a307-4ad4-a8d7-a7c39af54bf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764443-dd9a-4e77-bac4-1af13534bc7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4e8c82d-5a90-464a-bd6a-1023a87a1ba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c78846a-7055-4048-bde7-232893ab42df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1a12fbd-8629-4c1b-9c7a-3a6db45b31ca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eb891eb-f4a1-4e55-b574-66cf0ab0b488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67deb5-ecc9-4bb2-bddf-c2dcef8be95c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41" name="Picture 1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67deb5-ecc9-4bb2-bddf-c2dcef8be95c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43" name="Picture 1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44" name="Picture 1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45" name="Picture 1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764443-dd9a-4e77-bac4-1af13534bc7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48" name="Picture 1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eb891eb-f4a1-4e55-b574-66cf0ab0b488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49" name="Picture 1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764443-dd9a-4e77-bac4-1af13534bc7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50" name="Picture 1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dcb990-3353-4367-914a-77f8c01cd1e9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151" name="Picture 1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16cf97c-abb3-4251-8877-879e9adf2c2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52" name="Picture 1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c78846a-7055-4048-bde7-232893ab42df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54" name="Picture 1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56" name="Picture 1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d385da-33c6-4eba-ad4c-29bfb606ff9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57" name="Picture 1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8160624-95ae-44e0-a8cd-022acf299a0c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765851"/>
            <wp:docPr id="158" name="Picture 1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cc61e2-dde1-42e3-a415-b441085a643c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7658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60" name="Picture 1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61" name="Picture 1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62" name="Picture 1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63" name="Picture 1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64" name="Picture 1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d385da-33c6-4eba-ad4c-29bfb606ff9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65" name="Picture 1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66" name="Picture 1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67" name="Picture 1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f869338-ff0f-4db5-8f34-17a1f4d194c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68" name="Picture 1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1a12fbd-8629-4c1b-9c7a-3a6db45b31ca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69" name="Picture 1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e4a7d06-a307-4ad4-a8d7-a7c39af54bf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70" name="Picture 1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71" name="Picture 1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1a12fbd-8629-4c1b-9c7a-3a6db45b31ca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172" name="Picture 1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16cf97c-abb3-4251-8877-879e9adf2c2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73" name="Picture 1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d385da-33c6-4eba-ad4c-29bfb606ff9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75" name="Picture 1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公司名称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41673"/>
            <wp:docPr id="176" name="Picture 1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812f3d-a50f-4d31-ae6a-fb71512ad29c.jpe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416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34173"/>
            <wp:docPr id="177" name="Picture 1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d12cea4-79e0-4edc-b768-a0b3e995ee8a.jpe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34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11111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31088"/>
            <wp:docPr id="178" name="Picture 1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88e7f82-bf10-4a30-a2f4-fa4c30329a00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310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3432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966625"/>
            <wp:docPr id="179" name="Picture 1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7d74647-7551-4cd1-9740-904ca3303faa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9666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80" name="Picture 1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0fabf4-954c-4a60-8e32-beab2b065cea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81" name="Picture 1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82" name="Picture 1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e4a7d06-a307-4ad4-a8d7-a7c39af54bf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83" name="Picture 1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84" name="Picture 1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85" name="Picture 1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67deb5-ecc9-4bb2-bddf-c2dcef8be95c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87" name="Picture 1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dcb990-3353-4367-914a-77f8c01cd1e9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88" name="Picture 1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89" name="Picture 1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cd385da-33c6-4eba-ad4c-29bfb606ff9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0" name="Picture 1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91" name="Picture 1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764443-dd9a-4e77-bac4-1af13534bc7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434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2c831ce-28cd-4768-aa3a-41e68b2b054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93" name="Picture 1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2738e09-3e81-4530-93bd-acafa4caa0a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95" name="Picture 1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e4a7d06-a307-4ad4-a8d7-a7c39af54bf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6" name="Picture 1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367deb5-ecc9-4bb2-bddf-c2dcef8be95c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97" name="Picture 1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2541c1e-1aa2-44e6-989a-1d835ffd6dbb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8" name="Picture 1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dcb990-3353-4367-914a-77f8c01cd1e9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99" name="Picture 1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5764443-dd9a-4e77-bac4-1af13534bc7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200" name="Picture 2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a1744b1-a635-426f-a39c-7d37a96450ec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7898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201" name="Picture 2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6768a1b-76c7-44e5-80b6-adaddea8862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966625"/>
            <wp:docPr id="202" name="Picture 2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7d74647-7551-4cd1-9740-904ca3303faa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966625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png"/><Relationship Id="rId12" Type="http://schemas.openxmlformats.org/officeDocument/2006/relationships/image" Target="media/image4.jpg"/><Relationship Id="rId13" Type="http://schemas.openxmlformats.org/officeDocument/2006/relationships/image" Target="media/image5.png"/><Relationship Id="rId14" Type="http://schemas.openxmlformats.org/officeDocument/2006/relationships/image" Target="media/image6.jp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png"/><Relationship Id="rId24" Type="http://schemas.openxmlformats.org/officeDocument/2006/relationships/image" Target="media/image16.jpg"/><Relationship Id="rId25" Type="http://schemas.openxmlformats.org/officeDocument/2006/relationships/image" Target="media/image17.pn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png"/><Relationship Id="rId30" Type="http://schemas.openxmlformats.org/officeDocument/2006/relationships/image" Target="media/image22.jp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jpg"/><Relationship Id="rId34" Type="http://schemas.openxmlformats.org/officeDocument/2006/relationships/image" Target="media/image26.jpg"/><Relationship Id="rId35" Type="http://schemas.openxmlformats.org/officeDocument/2006/relationships/image" Target="media/image27.png"/><Relationship Id="rId36" Type="http://schemas.openxmlformats.org/officeDocument/2006/relationships/image" Target="media/image28.jpg"/><Relationship Id="rId37" Type="http://schemas.openxmlformats.org/officeDocument/2006/relationships/image" Target="media/image29.png"/><Relationship Id="rId38" Type="http://schemas.openxmlformats.org/officeDocument/2006/relationships/image" Target="media/image30.jpg"/><Relationship Id="rId39" Type="http://schemas.openxmlformats.org/officeDocument/2006/relationships/image" Target="media/image31.jpg"/><Relationship Id="rId40" Type="http://schemas.openxmlformats.org/officeDocument/2006/relationships/image" Target="media/image32.jpeg"/><Relationship Id="rId41" Type="http://schemas.openxmlformats.org/officeDocument/2006/relationships/image" Target="media/image33.jpeg"/><Relationship Id="rId42" Type="http://schemas.openxmlformats.org/officeDocument/2006/relationships/image" Target="media/image3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