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1.jpg" ContentType="image/png"/>
  <Override PartName="/word/media/image17.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1" name="Picture 1"/>
            <wp:cNvGraphicFramePr>
              <a:graphicFrameLocks noChangeAspect="1"/>
            </wp:cNvGraphicFramePr>
            <a:graphic>
              <a:graphicData uri="http://schemas.openxmlformats.org/drawingml/2006/picture">
                <pic:pic>
                  <pic:nvPicPr>
                    <pic:cNvPr id="1"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 name="Picture 3"/>
            <wp:cNvGraphicFramePr>
              <a:graphicFrameLocks noChangeAspect="1"/>
            </wp:cNvGraphicFramePr>
            <a:graphic>
              <a:graphicData uri="http://schemas.openxmlformats.org/drawingml/2006/picture">
                <pic:pic>
                  <pic:nvPicPr>
                    <pic:cNvPr id="3"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 name="Picture 4"/>
            <wp:cNvGraphicFramePr>
              <a:graphicFrameLocks noChangeAspect="1"/>
            </wp:cNvGraphicFramePr>
            <a:graphic>
              <a:graphicData uri="http://schemas.openxmlformats.org/drawingml/2006/picture">
                <pic:pic>
                  <pic:nvPicPr>
                    <pic:cNvPr id="4"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 name="Picture 5"/>
            <wp:cNvGraphicFramePr>
              <a:graphicFrameLocks noChangeAspect="1"/>
            </wp:cNvGraphicFramePr>
            <a:graphic>
              <a:graphicData uri="http://schemas.openxmlformats.org/drawingml/2006/picture">
                <pic:pic>
                  <pic:nvPicPr>
                    <pic:cNvPr id="5"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 name="Picture 6"/>
            <wp:cNvGraphicFramePr>
              <a:graphicFrameLocks noChangeAspect="1"/>
            </wp:cNvGraphicFramePr>
            <a:graphic>
              <a:graphicData uri="http://schemas.openxmlformats.org/drawingml/2006/picture">
                <pic:pic>
                  <pic:nvPicPr>
                    <pic:cNvPr id="6"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 name="Picture 7"/>
            <wp:cNvGraphicFramePr>
              <a:graphicFrameLocks noChangeAspect="1"/>
            </wp:cNvGraphicFramePr>
            <a:graphic>
              <a:graphicData uri="http://schemas.openxmlformats.org/drawingml/2006/picture">
                <pic:pic>
                  <pic:nvPicPr>
                    <pic:cNvPr id="7"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8"/>
            <wp:cNvGraphicFramePr>
              <a:graphicFrameLocks noChangeAspect="1"/>
            </wp:cNvGraphicFramePr>
            <a:graphic>
              <a:graphicData uri="http://schemas.openxmlformats.org/drawingml/2006/picture">
                <pic:pic>
                  <pic:nvPicPr>
                    <pic:cNvPr id="8"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 name="Picture 9"/>
            <wp:cNvGraphicFramePr>
              <a:graphicFrameLocks noChangeAspect="1"/>
            </wp:cNvGraphicFramePr>
            <a:graphic>
              <a:graphicData uri="http://schemas.openxmlformats.org/drawingml/2006/picture">
                <pic:pic>
                  <pic:nvPicPr>
                    <pic:cNvPr id="9"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0" name="Picture 10"/>
            <wp:cNvGraphicFramePr>
              <a:graphicFrameLocks noChangeAspect="1"/>
            </wp:cNvGraphicFramePr>
            <a:graphic>
              <a:graphicData uri="http://schemas.openxmlformats.org/drawingml/2006/picture">
                <pic:pic>
                  <pic:nvPicPr>
                    <pic:cNvPr id="10"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1" name="Picture 11"/>
            <wp:cNvGraphicFramePr>
              <a:graphicFrameLocks noChangeAspect="1"/>
            </wp:cNvGraphicFramePr>
            <a:graphic>
              <a:graphicData uri="http://schemas.openxmlformats.org/drawingml/2006/picture">
                <pic:pic>
                  <pic:nvPicPr>
                    <pic:cNvPr id="11"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2" name="Picture 12"/>
            <wp:cNvGraphicFramePr>
              <a:graphicFrameLocks noChangeAspect="1"/>
            </wp:cNvGraphicFramePr>
            <a:graphic>
              <a:graphicData uri="http://schemas.openxmlformats.org/drawingml/2006/picture">
                <pic:pic>
                  <pic:nvPicPr>
                    <pic:cNvPr id="12"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3" name="Picture 13"/>
            <wp:cNvGraphicFramePr>
              <a:graphicFrameLocks noChangeAspect="1"/>
            </wp:cNvGraphicFramePr>
            <a:graphic>
              <a:graphicData uri="http://schemas.openxmlformats.org/drawingml/2006/picture">
                <pic:pic>
                  <pic:nvPicPr>
                    <pic:cNvPr id="13"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4"/>
            <wp:cNvGraphicFramePr>
              <a:graphicFrameLocks noChangeAspect="1"/>
            </wp:cNvGraphicFramePr>
            <a:graphic>
              <a:graphicData uri="http://schemas.openxmlformats.org/drawingml/2006/picture">
                <pic:pic>
                  <pic:nvPicPr>
                    <pic:cNvPr id="14"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5" name="Picture 15"/>
            <wp:cNvGraphicFramePr>
              <a:graphicFrameLocks noChangeAspect="1"/>
            </wp:cNvGraphicFramePr>
            <a:graphic>
              <a:graphicData uri="http://schemas.openxmlformats.org/drawingml/2006/picture">
                <pic:pic>
                  <pic:nvPicPr>
                    <pic:cNvPr id="15"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6" name="Picture 16"/>
            <wp:cNvGraphicFramePr>
              <a:graphicFrameLocks noChangeAspect="1"/>
            </wp:cNvGraphicFramePr>
            <a:graphic>
              <a:graphicData uri="http://schemas.openxmlformats.org/drawingml/2006/picture">
                <pic:pic>
                  <pic:nvPicPr>
                    <pic:cNvPr id="16"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7" name="Picture 17"/>
            <wp:cNvGraphicFramePr>
              <a:graphicFrameLocks noChangeAspect="1"/>
            </wp:cNvGraphicFramePr>
            <a:graphic>
              <a:graphicData uri="http://schemas.openxmlformats.org/drawingml/2006/picture">
                <pic:pic>
                  <pic:nvPicPr>
                    <pic:cNvPr id="17"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8" name="Picture 18"/>
            <wp:cNvGraphicFramePr>
              <a:graphicFrameLocks noChangeAspect="1"/>
            </wp:cNvGraphicFramePr>
            <a:graphic>
              <a:graphicData uri="http://schemas.openxmlformats.org/drawingml/2006/picture">
                <pic:pic>
                  <pic:nvPicPr>
                    <pic:cNvPr id="18"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9" name="Picture 19"/>
            <wp:cNvGraphicFramePr>
              <a:graphicFrameLocks noChangeAspect="1"/>
            </wp:cNvGraphicFramePr>
            <a:graphic>
              <a:graphicData uri="http://schemas.openxmlformats.org/drawingml/2006/picture">
                <pic:pic>
                  <pic:nvPicPr>
                    <pic:cNvPr id="19"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20"/>
            <wp:cNvGraphicFramePr>
              <a:graphicFrameLocks noChangeAspect="1"/>
            </wp:cNvGraphicFramePr>
            <a:graphic>
              <a:graphicData uri="http://schemas.openxmlformats.org/drawingml/2006/picture">
                <pic:pic>
                  <pic:nvPicPr>
                    <pic:cNvPr id="20"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1" name="Picture 21"/>
            <wp:cNvGraphicFramePr>
              <a:graphicFrameLocks noChangeAspect="1"/>
            </wp:cNvGraphicFramePr>
            <a:graphic>
              <a:graphicData uri="http://schemas.openxmlformats.org/drawingml/2006/picture">
                <pic:pic>
                  <pic:nvPicPr>
                    <pic:cNvPr id="21"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2" name="Picture 22"/>
            <wp:cNvGraphicFramePr>
              <a:graphicFrameLocks noChangeAspect="1"/>
            </wp:cNvGraphicFramePr>
            <a:graphic>
              <a:graphicData uri="http://schemas.openxmlformats.org/drawingml/2006/picture">
                <pic:pic>
                  <pic:nvPicPr>
                    <pic:cNvPr id="22" name="118.jpg"/>
                    <pic:cNvPicPr/>
                  </pic:nvPicPr>
                  <pic:blipFill>
                    <a:blip r:embed="rId30"/>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3" name="Picture 1"/>
            <wp:cNvGraphicFramePr>
              <a:graphicFrameLocks noChangeAspect="1"/>
            </wp:cNvGraphicFramePr>
            <a:graphic>
              <a:graphicData uri="http://schemas.openxmlformats.org/drawingml/2006/picture">
                <pic:pic>
                  <pic:nvPicPr>
                    <pic:cNvPr id="23"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4" name="Picture 2"/>
            <wp:cNvGraphicFramePr>
              <a:graphicFrameLocks noChangeAspect="1"/>
            </wp:cNvGraphicFramePr>
            <a:graphic>
              <a:graphicData uri="http://schemas.openxmlformats.org/drawingml/2006/picture">
                <pic:pic>
                  <pic:nvPicPr>
                    <pic:cNvPr id="24"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5" name="Picture 3"/>
            <wp:cNvGraphicFramePr>
              <a:graphicFrameLocks noChangeAspect="1"/>
            </wp:cNvGraphicFramePr>
            <a:graphic>
              <a:graphicData uri="http://schemas.openxmlformats.org/drawingml/2006/picture">
                <pic:pic>
                  <pic:nvPicPr>
                    <pic:cNvPr id="25"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6" name="Picture 4"/>
            <wp:cNvGraphicFramePr>
              <a:graphicFrameLocks noChangeAspect="1"/>
            </wp:cNvGraphicFramePr>
            <a:graphic>
              <a:graphicData uri="http://schemas.openxmlformats.org/drawingml/2006/picture">
                <pic:pic>
                  <pic:nvPicPr>
                    <pic:cNvPr id="26"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5"/>
            <wp:cNvGraphicFramePr>
              <a:graphicFrameLocks noChangeAspect="1"/>
            </wp:cNvGraphicFramePr>
            <a:graphic>
              <a:graphicData uri="http://schemas.openxmlformats.org/drawingml/2006/picture">
                <pic:pic>
                  <pic:nvPicPr>
                    <pic:cNvPr id="27"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6"/>
            <wp:cNvGraphicFramePr>
              <a:graphicFrameLocks noChangeAspect="1"/>
            </wp:cNvGraphicFramePr>
            <a:graphic>
              <a:graphicData uri="http://schemas.openxmlformats.org/drawingml/2006/picture">
                <pic:pic>
                  <pic:nvPicPr>
                    <pic:cNvPr id="28"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9" name="Picture 7"/>
            <wp:cNvGraphicFramePr>
              <a:graphicFrameLocks noChangeAspect="1"/>
            </wp:cNvGraphicFramePr>
            <a:graphic>
              <a:graphicData uri="http://schemas.openxmlformats.org/drawingml/2006/picture">
                <pic:pic>
                  <pic:nvPicPr>
                    <pic:cNvPr id="29"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0" name="Picture 8"/>
            <wp:cNvGraphicFramePr>
              <a:graphicFrameLocks noChangeAspect="1"/>
            </wp:cNvGraphicFramePr>
            <a:graphic>
              <a:graphicData uri="http://schemas.openxmlformats.org/drawingml/2006/picture">
                <pic:pic>
                  <pic:nvPicPr>
                    <pic:cNvPr id="30"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1" name="Picture 9"/>
            <wp:cNvGraphicFramePr>
              <a:graphicFrameLocks noChangeAspect="1"/>
            </wp:cNvGraphicFramePr>
            <a:graphic>
              <a:graphicData uri="http://schemas.openxmlformats.org/drawingml/2006/picture">
                <pic:pic>
                  <pic:nvPicPr>
                    <pic:cNvPr id="31"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10"/>
            <wp:cNvGraphicFramePr>
              <a:graphicFrameLocks noChangeAspect="1"/>
            </wp:cNvGraphicFramePr>
            <a:graphic>
              <a:graphicData uri="http://schemas.openxmlformats.org/drawingml/2006/picture">
                <pic:pic>
                  <pic:nvPicPr>
                    <pic:cNvPr id="3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1"/>
            <wp:cNvGraphicFramePr>
              <a:graphicFrameLocks noChangeAspect="1"/>
            </wp:cNvGraphicFramePr>
            <a:graphic>
              <a:graphicData uri="http://schemas.openxmlformats.org/drawingml/2006/picture">
                <pic:pic>
                  <pic:nvPicPr>
                    <pic:cNvPr id="33"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2"/>
            <wp:cNvGraphicFramePr>
              <a:graphicFrameLocks noChangeAspect="1"/>
            </wp:cNvGraphicFramePr>
            <a:graphic>
              <a:graphicData uri="http://schemas.openxmlformats.org/drawingml/2006/picture">
                <pic:pic>
                  <pic:nvPicPr>
                    <pic:cNvPr id="34"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5" name="Picture 13"/>
            <wp:cNvGraphicFramePr>
              <a:graphicFrameLocks noChangeAspect="1"/>
            </wp:cNvGraphicFramePr>
            <a:graphic>
              <a:graphicData uri="http://schemas.openxmlformats.org/drawingml/2006/picture">
                <pic:pic>
                  <pic:nvPicPr>
                    <pic:cNvPr id="35"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6" name="Picture 14"/>
            <wp:cNvGraphicFramePr>
              <a:graphicFrameLocks noChangeAspect="1"/>
            </wp:cNvGraphicFramePr>
            <a:graphic>
              <a:graphicData uri="http://schemas.openxmlformats.org/drawingml/2006/picture">
                <pic:pic>
                  <pic:nvPicPr>
                    <pic:cNvPr id="36"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7" name="Picture 15"/>
            <wp:cNvGraphicFramePr>
              <a:graphicFrameLocks noChangeAspect="1"/>
            </wp:cNvGraphicFramePr>
            <a:graphic>
              <a:graphicData uri="http://schemas.openxmlformats.org/drawingml/2006/picture">
                <pic:pic>
                  <pic:nvPicPr>
                    <pic:cNvPr id="37"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8" name="Picture 16"/>
            <wp:cNvGraphicFramePr>
              <a:graphicFrameLocks noChangeAspect="1"/>
            </wp:cNvGraphicFramePr>
            <a:graphic>
              <a:graphicData uri="http://schemas.openxmlformats.org/drawingml/2006/picture">
                <pic:pic>
                  <pic:nvPicPr>
                    <pic:cNvPr id="38"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9" name="Picture 17"/>
            <wp:cNvGraphicFramePr>
              <a:graphicFrameLocks noChangeAspect="1"/>
            </wp:cNvGraphicFramePr>
            <a:graphic>
              <a:graphicData uri="http://schemas.openxmlformats.org/drawingml/2006/picture">
                <pic:pic>
                  <pic:nvPicPr>
                    <pic:cNvPr id="39"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8"/>
            <wp:cNvGraphicFramePr>
              <a:graphicFrameLocks noChangeAspect="1"/>
            </wp:cNvGraphicFramePr>
            <a:graphic>
              <a:graphicData uri="http://schemas.openxmlformats.org/drawingml/2006/picture">
                <pic:pic>
                  <pic:nvPicPr>
                    <pic:cNvPr id="40"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1" name="Picture 19"/>
            <wp:cNvGraphicFramePr>
              <a:graphicFrameLocks noChangeAspect="1"/>
            </wp:cNvGraphicFramePr>
            <a:graphic>
              <a:graphicData uri="http://schemas.openxmlformats.org/drawingml/2006/picture">
                <pic:pic>
                  <pic:nvPicPr>
                    <pic:cNvPr id="41"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20"/>
            <wp:cNvGraphicFramePr>
              <a:graphicFrameLocks noChangeAspect="1"/>
            </wp:cNvGraphicFramePr>
            <a:graphic>
              <a:graphicData uri="http://schemas.openxmlformats.org/drawingml/2006/picture">
                <pic:pic>
                  <pic:nvPicPr>
                    <pic:cNvPr id="42"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1"/>
            <wp:cNvGraphicFramePr>
              <a:graphicFrameLocks noChangeAspect="1"/>
            </wp:cNvGraphicFramePr>
            <a:graphic>
              <a:graphicData uri="http://schemas.openxmlformats.org/drawingml/2006/picture">
                <pic:pic>
                  <pic:nvPicPr>
                    <pic:cNvPr id="43"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4" name="Picture 22"/>
            <wp:cNvGraphicFramePr>
              <a:graphicFrameLocks noChangeAspect="1"/>
            </wp:cNvGraphicFramePr>
            <a:graphic>
              <a:graphicData uri="http://schemas.openxmlformats.org/drawingml/2006/picture">
                <pic:pic>
                  <pic:nvPicPr>
                    <pic:cNvPr id="44" name="d9cba46a-8811-48e7-b668-f91883cb5b37.jpg"/>
                    <pic:cNvPicPr/>
                  </pic:nvPicPr>
                  <pic:blipFill>
                    <a:blip r:embed="rId19"/>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5" name="Picture 1"/>
            <wp:cNvGraphicFramePr>
              <a:graphicFrameLocks noChangeAspect="1"/>
            </wp:cNvGraphicFramePr>
            <a:graphic>
              <a:graphicData uri="http://schemas.openxmlformats.org/drawingml/2006/picture">
                <pic:pic>
                  <pic:nvPicPr>
                    <pic:cNvPr id="45" name="11.jpg"/>
                    <pic:cNvPicPr/>
                  </pic:nvPicPr>
                  <pic:blipFill>
                    <a:blip r:embed="rId31"/>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8" name="Picture 1"/>
            <wp:cNvGraphicFramePr>
              <a:graphicFrameLocks noChangeAspect="1"/>
            </wp:cNvGraphicFramePr>
            <a:graphic>
              <a:graphicData uri="http://schemas.openxmlformats.org/drawingml/2006/picture">
                <pic:pic>
                  <pic:nvPicPr>
                    <pic:cNvPr id="48"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9" name="Picture 2"/>
            <wp:cNvGraphicFramePr>
              <a:graphicFrameLocks noChangeAspect="1"/>
            </wp:cNvGraphicFramePr>
            <a:graphic>
              <a:graphicData uri="http://schemas.openxmlformats.org/drawingml/2006/picture">
                <pic:pic>
                  <pic:nvPicPr>
                    <pic:cNvPr id="49"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3"/>
            <wp:cNvGraphicFramePr>
              <a:graphicFrameLocks noChangeAspect="1"/>
            </wp:cNvGraphicFramePr>
            <a:graphic>
              <a:graphicData uri="http://schemas.openxmlformats.org/drawingml/2006/picture">
                <pic:pic>
                  <pic:nvPicPr>
                    <pic:cNvPr id="50"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1" name="Picture 4"/>
            <wp:cNvGraphicFramePr>
              <a:graphicFrameLocks noChangeAspect="1"/>
            </wp:cNvGraphicFramePr>
            <a:graphic>
              <a:graphicData uri="http://schemas.openxmlformats.org/drawingml/2006/picture">
                <pic:pic>
                  <pic:nvPicPr>
                    <pic:cNvPr id="51"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2" name="Picture 5"/>
            <wp:cNvGraphicFramePr>
              <a:graphicFrameLocks noChangeAspect="1"/>
            </wp:cNvGraphicFramePr>
            <a:graphic>
              <a:graphicData uri="http://schemas.openxmlformats.org/drawingml/2006/picture">
                <pic:pic>
                  <pic:nvPicPr>
                    <pic:cNvPr id="52"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3" name="Picture 6"/>
            <wp:cNvGraphicFramePr>
              <a:graphicFrameLocks noChangeAspect="1"/>
            </wp:cNvGraphicFramePr>
            <a:graphic>
              <a:graphicData uri="http://schemas.openxmlformats.org/drawingml/2006/picture">
                <pic:pic>
                  <pic:nvPicPr>
                    <pic:cNvPr id="53"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7"/>
            <wp:cNvGraphicFramePr>
              <a:graphicFrameLocks noChangeAspect="1"/>
            </wp:cNvGraphicFramePr>
            <a:graphic>
              <a:graphicData uri="http://schemas.openxmlformats.org/drawingml/2006/picture">
                <pic:pic>
                  <pic:nvPicPr>
                    <pic:cNvPr id="54"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8"/>
            <wp:cNvGraphicFramePr>
              <a:graphicFrameLocks noChangeAspect="1"/>
            </wp:cNvGraphicFramePr>
            <a:graphic>
              <a:graphicData uri="http://schemas.openxmlformats.org/drawingml/2006/picture">
                <pic:pic>
                  <pic:nvPicPr>
                    <pic:cNvPr id="55"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6" name="Picture 9"/>
            <wp:cNvGraphicFramePr>
              <a:graphicFrameLocks noChangeAspect="1"/>
            </wp:cNvGraphicFramePr>
            <a:graphic>
              <a:graphicData uri="http://schemas.openxmlformats.org/drawingml/2006/picture">
                <pic:pic>
                  <pic:nvPicPr>
                    <pic:cNvPr id="56"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10"/>
            <wp:cNvGraphicFramePr>
              <a:graphicFrameLocks noChangeAspect="1"/>
            </wp:cNvGraphicFramePr>
            <a:graphic>
              <a:graphicData uri="http://schemas.openxmlformats.org/drawingml/2006/picture">
                <pic:pic>
                  <pic:nvPicPr>
                    <pic:cNvPr id="57"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1"/>
            <wp:cNvGraphicFramePr>
              <a:graphicFrameLocks noChangeAspect="1"/>
            </wp:cNvGraphicFramePr>
            <a:graphic>
              <a:graphicData uri="http://schemas.openxmlformats.org/drawingml/2006/picture">
                <pic:pic>
                  <pic:nvPicPr>
                    <pic:cNvPr id="58"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2"/>
            <wp:cNvGraphicFramePr>
              <a:graphicFrameLocks noChangeAspect="1"/>
            </wp:cNvGraphicFramePr>
            <a:graphic>
              <a:graphicData uri="http://schemas.openxmlformats.org/drawingml/2006/picture">
                <pic:pic>
                  <pic:nvPicPr>
                    <pic:cNvPr id="59"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3"/>
            <wp:cNvGraphicFramePr>
              <a:graphicFrameLocks noChangeAspect="1"/>
            </wp:cNvGraphicFramePr>
            <a:graphic>
              <a:graphicData uri="http://schemas.openxmlformats.org/drawingml/2006/picture">
                <pic:pic>
                  <pic:nvPicPr>
                    <pic:cNvPr id="60"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4"/>
            <wp:cNvGraphicFramePr>
              <a:graphicFrameLocks noChangeAspect="1"/>
            </wp:cNvGraphicFramePr>
            <a:graphic>
              <a:graphicData uri="http://schemas.openxmlformats.org/drawingml/2006/picture">
                <pic:pic>
                  <pic:nvPicPr>
                    <pic:cNvPr id="61"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5"/>
            <wp:cNvGraphicFramePr>
              <a:graphicFrameLocks noChangeAspect="1"/>
            </wp:cNvGraphicFramePr>
            <a:graphic>
              <a:graphicData uri="http://schemas.openxmlformats.org/drawingml/2006/picture">
                <pic:pic>
                  <pic:nvPicPr>
                    <pic:cNvPr id="62"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6"/>
            <wp:cNvGraphicFramePr>
              <a:graphicFrameLocks noChangeAspect="1"/>
            </wp:cNvGraphicFramePr>
            <a:graphic>
              <a:graphicData uri="http://schemas.openxmlformats.org/drawingml/2006/picture">
                <pic:pic>
                  <pic:nvPicPr>
                    <pic:cNvPr id="63"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4" name="Picture 17"/>
            <wp:cNvGraphicFramePr>
              <a:graphicFrameLocks noChangeAspect="1"/>
            </wp:cNvGraphicFramePr>
            <a:graphic>
              <a:graphicData uri="http://schemas.openxmlformats.org/drawingml/2006/picture">
                <pic:pic>
                  <pic:nvPicPr>
                    <pic:cNvPr id="64"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8"/>
            <wp:cNvGraphicFramePr>
              <a:graphicFrameLocks noChangeAspect="1"/>
            </wp:cNvGraphicFramePr>
            <a:graphic>
              <a:graphicData uri="http://schemas.openxmlformats.org/drawingml/2006/picture">
                <pic:pic>
                  <pic:nvPicPr>
                    <pic:cNvPr id="65"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9"/>
            <wp:cNvGraphicFramePr>
              <a:graphicFrameLocks noChangeAspect="1"/>
            </wp:cNvGraphicFramePr>
            <a:graphic>
              <a:graphicData uri="http://schemas.openxmlformats.org/drawingml/2006/picture">
                <pic:pic>
                  <pic:nvPicPr>
                    <pic:cNvPr id="66"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20"/>
            <wp:cNvGraphicFramePr>
              <a:graphicFrameLocks noChangeAspect="1"/>
            </wp:cNvGraphicFramePr>
            <a:graphic>
              <a:graphicData uri="http://schemas.openxmlformats.org/drawingml/2006/picture">
                <pic:pic>
                  <pic:nvPicPr>
                    <pic:cNvPr id="67"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8" name="Picture 21"/>
            <wp:cNvGraphicFramePr>
              <a:graphicFrameLocks noChangeAspect="1"/>
            </wp:cNvGraphicFramePr>
            <a:graphic>
              <a:graphicData uri="http://schemas.openxmlformats.org/drawingml/2006/picture">
                <pic:pic>
                  <pic:nvPicPr>
                    <pic:cNvPr id="68"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9" name="Picture 22"/>
            <wp:cNvGraphicFramePr>
              <a:graphicFrameLocks noChangeAspect="1"/>
            </wp:cNvGraphicFramePr>
            <a:graphic>
              <a:graphicData uri="http://schemas.openxmlformats.org/drawingml/2006/picture">
                <pic:pic>
                  <pic:nvPicPr>
                    <pic:cNvPr id="69" name="122.jpg"/>
                    <pic:cNvPicPr/>
                  </pic:nvPicPr>
                  <pic:blipFill>
                    <a:blip r:embed="rId21"/>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0" name="Picture 1"/>
            <wp:cNvGraphicFramePr>
              <a:graphicFrameLocks noChangeAspect="1"/>
            </wp:cNvGraphicFramePr>
            <a:graphic>
              <a:graphicData uri="http://schemas.openxmlformats.org/drawingml/2006/picture">
                <pic:pic>
                  <pic:nvPicPr>
                    <pic:cNvPr id="70"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1" name="Picture 2"/>
            <wp:cNvGraphicFramePr>
              <a:graphicFrameLocks noChangeAspect="1"/>
            </wp:cNvGraphicFramePr>
            <a:graphic>
              <a:graphicData uri="http://schemas.openxmlformats.org/drawingml/2006/picture">
                <pic:pic>
                  <pic:nvPicPr>
                    <pic:cNvPr id="71"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2" name="Picture 3"/>
            <wp:cNvGraphicFramePr>
              <a:graphicFrameLocks noChangeAspect="1"/>
            </wp:cNvGraphicFramePr>
            <a:graphic>
              <a:graphicData uri="http://schemas.openxmlformats.org/drawingml/2006/picture">
                <pic:pic>
                  <pic:nvPicPr>
                    <pic:cNvPr id="72"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4"/>
            <wp:cNvGraphicFramePr>
              <a:graphicFrameLocks noChangeAspect="1"/>
            </wp:cNvGraphicFramePr>
            <a:graphic>
              <a:graphicData uri="http://schemas.openxmlformats.org/drawingml/2006/picture">
                <pic:pic>
                  <pic:nvPicPr>
                    <pic:cNvPr id="73"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5"/>
            <wp:cNvGraphicFramePr>
              <a:graphicFrameLocks noChangeAspect="1"/>
            </wp:cNvGraphicFramePr>
            <a:graphic>
              <a:graphicData uri="http://schemas.openxmlformats.org/drawingml/2006/picture">
                <pic:pic>
                  <pic:nvPicPr>
                    <pic:cNvPr id="74"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5" name="Picture 6"/>
            <wp:cNvGraphicFramePr>
              <a:graphicFrameLocks noChangeAspect="1"/>
            </wp:cNvGraphicFramePr>
            <a:graphic>
              <a:graphicData uri="http://schemas.openxmlformats.org/drawingml/2006/picture">
                <pic:pic>
                  <pic:nvPicPr>
                    <pic:cNvPr id="75"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7"/>
            <wp:cNvGraphicFramePr>
              <a:graphicFrameLocks noChangeAspect="1"/>
            </wp:cNvGraphicFramePr>
            <a:graphic>
              <a:graphicData uri="http://schemas.openxmlformats.org/drawingml/2006/picture">
                <pic:pic>
                  <pic:nvPicPr>
                    <pic:cNvPr id="76"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8"/>
            <wp:cNvGraphicFramePr>
              <a:graphicFrameLocks noChangeAspect="1"/>
            </wp:cNvGraphicFramePr>
            <a:graphic>
              <a:graphicData uri="http://schemas.openxmlformats.org/drawingml/2006/picture">
                <pic:pic>
                  <pic:nvPicPr>
                    <pic:cNvPr id="77"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9"/>
            <wp:cNvGraphicFramePr>
              <a:graphicFrameLocks noChangeAspect="1"/>
            </wp:cNvGraphicFramePr>
            <a:graphic>
              <a:graphicData uri="http://schemas.openxmlformats.org/drawingml/2006/picture">
                <pic:pic>
                  <pic:nvPicPr>
                    <pic:cNvPr id="78" name="15.jpg"/>
                    <pic:cNvPicPr/>
                  </pic:nvPicPr>
                  <pic:blipFill>
                    <a:blip r:embed="rId2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10"/>
            <wp:cNvGraphicFramePr>
              <a:graphicFrameLocks noChangeAspect="1"/>
            </wp:cNvGraphicFramePr>
            <a:graphic>
              <a:graphicData uri="http://schemas.openxmlformats.org/drawingml/2006/picture">
                <pic:pic>
                  <pic:nvPicPr>
                    <pic:cNvPr id="79"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0" name="Picture 11"/>
            <wp:cNvGraphicFramePr>
              <a:graphicFrameLocks noChangeAspect="1"/>
            </wp:cNvGraphicFramePr>
            <a:graphic>
              <a:graphicData uri="http://schemas.openxmlformats.org/drawingml/2006/picture">
                <pic:pic>
                  <pic:nvPicPr>
                    <pic:cNvPr id="80"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1" name="Picture 12"/>
            <wp:cNvGraphicFramePr>
              <a:graphicFrameLocks noChangeAspect="1"/>
            </wp:cNvGraphicFramePr>
            <a:graphic>
              <a:graphicData uri="http://schemas.openxmlformats.org/drawingml/2006/picture">
                <pic:pic>
                  <pic:nvPicPr>
                    <pic:cNvPr id="81"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2" name="Picture 13"/>
            <wp:cNvGraphicFramePr>
              <a:graphicFrameLocks noChangeAspect="1"/>
            </wp:cNvGraphicFramePr>
            <a:graphic>
              <a:graphicData uri="http://schemas.openxmlformats.org/drawingml/2006/picture">
                <pic:pic>
                  <pic:nvPicPr>
                    <pic:cNvPr id="82"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3" name="Picture 14"/>
            <wp:cNvGraphicFramePr>
              <a:graphicFrameLocks noChangeAspect="1"/>
            </wp:cNvGraphicFramePr>
            <a:graphic>
              <a:graphicData uri="http://schemas.openxmlformats.org/drawingml/2006/picture">
                <pic:pic>
                  <pic:nvPicPr>
                    <pic:cNvPr id="83"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4" name="Picture 15"/>
            <wp:cNvGraphicFramePr>
              <a:graphicFrameLocks noChangeAspect="1"/>
            </wp:cNvGraphicFramePr>
            <a:graphic>
              <a:graphicData uri="http://schemas.openxmlformats.org/drawingml/2006/picture">
                <pic:pic>
                  <pic:nvPicPr>
                    <pic:cNvPr id="84"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16"/>
            <wp:cNvGraphicFramePr>
              <a:graphicFrameLocks noChangeAspect="1"/>
            </wp:cNvGraphicFramePr>
            <a:graphic>
              <a:graphicData uri="http://schemas.openxmlformats.org/drawingml/2006/picture">
                <pic:pic>
                  <pic:nvPicPr>
                    <pic:cNvPr id="85"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7"/>
            <wp:cNvGraphicFramePr>
              <a:graphicFrameLocks noChangeAspect="1"/>
            </wp:cNvGraphicFramePr>
            <a:graphic>
              <a:graphicData uri="http://schemas.openxmlformats.org/drawingml/2006/picture">
                <pic:pic>
                  <pic:nvPicPr>
                    <pic:cNvPr id="86"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18"/>
            <wp:cNvGraphicFramePr>
              <a:graphicFrameLocks noChangeAspect="1"/>
            </wp:cNvGraphicFramePr>
            <a:graphic>
              <a:graphicData uri="http://schemas.openxmlformats.org/drawingml/2006/picture">
                <pic:pic>
                  <pic:nvPicPr>
                    <pic:cNvPr id="87"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9"/>
            <wp:cNvGraphicFramePr>
              <a:graphicFrameLocks noChangeAspect="1"/>
            </wp:cNvGraphicFramePr>
            <a:graphic>
              <a:graphicData uri="http://schemas.openxmlformats.org/drawingml/2006/picture">
                <pic:pic>
                  <pic:nvPicPr>
                    <pic:cNvPr id="88"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20"/>
            <wp:cNvGraphicFramePr>
              <a:graphicFrameLocks noChangeAspect="1"/>
            </wp:cNvGraphicFramePr>
            <a:graphic>
              <a:graphicData uri="http://schemas.openxmlformats.org/drawingml/2006/picture">
                <pic:pic>
                  <pic:nvPicPr>
                    <pic:cNvPr id="89"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21"/>
            <wp:cNvGraphicFramePr>
              <a:graphicFrameLocks noChangeAspect="1"/>
            </wp:cNvGraphicFramePr>
            <a:graphic>
              <a:graphicData uri="http://schemas.openxmlformats.org/drawingml/2006/picture">
                <pic:pic>
                  <pic:nvPicPr>
                    <pic:cNvPr id="90"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1" name="Picture 22"/>
            <wp:cNvGraphicFramePr>
              <a:graphicFrameLocks noChangeAspect="1"/>
            </wp:cNvGraphicFramePr>
            <a:graphic>
              <a:graphicData uri="http://schemas.openxmlformats.org/drawingml/2006/picture">
                <pic:pic>
                  <pic:nvPicPr>
                    <pic:cNvPr id="91" name="120.jpg"/>
                    <pic:cNvPicPr/>
                  </pic:nvPicPr>
                  <pic:blipFill>
                    <a:blip r:embed="rId14"/>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2" name="Picture 1"/>
            <wp:cNvGraphicFramePr>
              <a:graphicFrameLocks noChangeAspect="1"/>
            </wp:cNvGraphicFramePr>
            <a:graphic>
              <a:graphicData uri="http://schemas.openxmlformats.org/drawingml/2006/picture">
                <pic:pic>
                  <pic:nvPicPr>
                    <pic:cNvPr id="92" name="14.jpg"/>
                    <pic:cNvPicPr/>
                  </pic:nvPicPr>
                  <pic:blipFill>
                    <a:blip r:embed="rId18"/>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3" name="Picture 2"/>
            <wp:cNvGraphicFramePr>
              <a:graphicFrameLocks noChangeAspect="1"/>
            </wp:cNvGraphicFramePr>
            <a:graphic>
              <a:graphicData uri="http://schemas.openxmlformats.org/drawingml/2006/picture">
                <pic:pic>
                  <pic:nvPicPr>
                    <pic:cNvPr id="93" name="118.jpg"/>
                    <pic:cNvPicPr/>
                  </pic:nvPicPr>
                  <pic:blipFill>
                    <a:blip r:embed="rId3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3"/>
            <wp:cNvGraphicFramePr>
              <a:graphicFrameLocks noChangeAspect="1"/>
            </wp:cNvGraphicFramePr>
            <a:graphic>
              <a:graphicData uri="http://schemas.openxmlformats.org/drawingml/2006/picture">
                <pic:pic>
                  <pic:nvPicPr>
                    <pic:cNvPr id="94" name="17.jpg"/>
                    <pic:cNvPicPr/>
                  </pic:nvPicPr>
                  <pic:blipFill>
                    <a:blip r:embed="rId17"/>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4"/>
            <wp:cNvGraphicFramePr>
              <a:graphicFrameLocks noChangeAspect="1"/>
            </wp:cNvGraphicFramePr>
            <a:graphic>
              <a:graphicData uri="http://schemas.openxmlformats.org/drawingml/2006/picture">
                <pic:pic>
                  <pic:nvPicPr>
                    <pic:cNvPr id="95" name="11.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6" name="Picture 5"/>
            <wp:cNvGraphicFramePr>
              <a:graphicFrameLocks noChangeAspect="1"/>
            </wp:cNvGraphicFramePr>
            <a:graphic>
              <a:graphicData uri="http://schemas.openxmlformats.org/drawingml/2006/picture">
                <pic:pic>
                  <pic:nvPicPr>
                    <pic:cNvPr id="96" name="19.jpg"/>
                    <pic:cNvPicPr/>
                  </pic:nvPicPr>
                  <pic:blipFill>
                    <a:blip r:embed="rId29"/>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7" name="Picture 6"/>
            <wp:cNvGraphicFramePr>
              <a:graphicFrameLocks noChangeAspect="1"/>
            </wp:cNvGraphicFramePr>
            <a:graphic>
              <a:graphicData uri="http://schemas.openxmlformats.org/drawingml/2006/picture">
                <pic:pic>
                  <pic:nvPicPr>
                    <pic:cNvPr id="97" name="120.jpg"/>
                    <pic:cNvPicPr/>
                  </pic:nvPicPr>
                  <pic:blipFill>
                    <a:blip r:embed="rId1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8" name="Picture 7"/>
            <wp:cNvGraphicFramePr>
              <a:graphicFrameLocks noChangeAspect="1"/>
            </wp:cNvGraphicFramePr>
            <a:graphic>
              <a:graphicData uri="http://schemas.openxmlformats.org/drawingml/2006/picture">
                <pic:pic>
                  <pic:nvPicPr>
                    <pic:cNvPr id="98" name="d9cba46a-8811-48e7-b668-f91883cb5b37.jpg"/>
                    <pic:cNvPicPr/>
                  </pic:nvPicPr>
                  <pic:blipFill>
                    <a:blip r:embed="rId19"/>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9" name="Picture 8"/>
            <wp:cNvGraphicFramePr>
              <a:graphicFrameLocks noChangeAspect="1"/>
            </wp:cNvGraphicFramePr>
            <a:graphic>
              <a:graphicData uri="http://schemas.openxmlformats.org/drawingml/2006/picture">
                <pic:pic>
                  <pic:nvPicPr>
                    <pic:cNvPr id="99" name="116.jpg"/>
                    <pic:cNvPicPr/>
                  </pic:nvPicPr>
                  <pic:blipFill>
                    <a:blip r:embed="rId2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0" name="Picture 9"/>
            <wp:cNvGraphicFramePr>
              <a:graphicFrameLocks noChangeAspect="1"/>
            </wp:cNvGraphicFramePr>
            <a:graphic>
              <a:graphicData uri="http://schemas.openxmlformats.org/drawingml/2006/picture">
                <pic:pic>
                  <pic:nvPicPr>
                    <pic:cNvPr id="100" name="122.jpg"/>
                    <pic:cNvPicPr/>
                  </pic:nvPicPr>
                  <pic:blipFill>
                    <a:blip r:embed="rId2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1" name="Picture 10"/>
            <wp:cNvGraphicFramePr>
              <a:graphicFrameLocks noChangeAspect="1"/>
            </wp:cNvGraphicFramePr>
            <a:graphic>
              <a:graphicData uri="http://schemas.openxmlformats.org/drawingml/2006/picture">
                <pic:pic>
                  <pic:nvPicPr>
                    <pic:cNvPr id="101" name="de5e59ca-fbcf-464b-9493-cdfa150d42d3.jpg"/>
                    <pic:cNvPicPr/>
                  </pic:nvPicPr>
                  <pic:blipFill>
                    <a:blip r:embed="rId25"/>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2" name="Picture 11"/>
            <wp:cNvGraphicFramePr>
              <a:graphicFrameLocks noChangeAspect="1"/>
            </wp:cNvGraphicFramePr>
            <a:graphic>
              <a:graphicData uri="http://schemas.openxmlformats.org/drawingml/2006/picture">
                <pic:pic>
                  <pic:nvPicPr>
                    <pic:cNvPr id="102" name="119.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3" name="Picture 12"/>
            <wp:cNvGraphicFramePr>
              <a:graphicFrameLocks noChangeAspect="1"/>
            </wp:cNvGraphicFramePr>
            <a:graphic>
              <a:graphicData uri="http://schemas.openxmlformats.org/drawingml/2006/picture">
                <pic:pic>
                  <pic:nvPicPr>
                    <pic:cNvPr id="103" name="115.jpg"/>
                    <pic:cNvPicPr/>
                  </pic:nvPicPr>
                  <pic:blipFill>
                    <a:blip r:embed="rId1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3"/>
            <wp:cNvGraphicFramePr>
              <a:graphicFrameLocks noChangeAspect="1"/>
            </wp:cNvGraphicFramePr>
            <a:graphic>
              <a:graphicData uri="http://schemas.openxmlformats.org/drawingml/2006/picture">
                <pic:pic>
                  <pic:nvPicPr>
                    <pic:cNvPr id="104" name="113.jpg"/>
                    <pic:cNvPicPr/>
                  </pic:nvPicPr>
                  <pic:blipFill>
                    <a:blip r:embed="rId15"/>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4"/>
            <wp:cNvGraphicFramePr>
              <a:graphicFrameLocks noChangeAspect="1"/>
            </wp:cNvGraphicFramePr>
            <a:graphic>
              <a:graphicData uri="http://schemas.openxmlformats.org/drawingml/2006/picture">
                <pic:pic>
                  <pic:nvPicPr>
                    <pic:cNvPr id="105" name="114.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6" name="Picture 15"/>
            <wp:cNvGraphicFramePr>
              <a:graphicFrameLocks noChangeAspect="1"/>
            </wp:cNvGraphicFramePr>
            <a:graphic>
              <a:graphicData uri="http://schemas.openxmlformats.org/drawingml/2006/picture">
                <pic:pic>
                  <pic:nvPicPr>
                    <pic:cNvPr id="106" name="117.jpg"/>
                    <pic:cNvPicPr/>
                  </pic:nvPicPr>
                  <pic:blipFill>
                    <a:blip r:embed="rId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6"/>
            <wp:cNvGraphicFramePr>
              <a:graphicFrameLocks noChangeAspect="1"/>
            </wp:cNvGraphicFramePr>
            <a:graphic>
              <a:graphicData uri="http://schemas.openxmlformats.org/drawingml/2006/picture">
                <pic:pic>
                  <pic:nvPicPr>
                    <pic:cNvPr id="107" name="13.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8" name="Picture 17"/>
            <wp:cNvGraphicFramePr>
              <a:graphicFrameLocks noChangeAspect="1"/>
            </wp:cNvGraphicFramePr>
            <a:graphic>
              <a:graphicData uri="http://schemas.openxmlformats.org/drawingml/2006/picture">
                <pic:pic>
                  <pic:nvPicPr>
                    <pic:cNvPr id="108" name="112.jpg"/>
                    <pic:cNvPicPr/>
                  </pic:nvPicPr>
                  <pic:blipFill>
                    <a:blip r:embed="rId2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9" name="Picture 18"/>
            <wp:cNvGraphicFramePr>
              <a:graphicFrameLocks noChangeAspect="1"/>
            </wp:cNvGraphicFramePr>
            <a:graphic>
              <a:graphicData uri="http://schemas.openxmlformats.org/drawingml/2006/picture">
                <pic:pic>
                  <pic:nvPicPr>
                    <pic:cNvPr id="109" name="18.jpg"/>
                    <pic:cNvPicPr/>
                  </pic:nvPicPr>
                  <pic:blipFill>
                    <a:blip r:embed="rId24"/>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9"/>
            <wp:cNvGraphicFramePr>
              <a:graphicFrameLocks noChangeAspect="1"/>
            </wp:cNvGraphicFramePr>
            <a:graphic>
              <a:graphicData uri="http://schemas.openxmlformats.org/drawingml/2006/picture">
                <pic:pic>
                  <pic:nvPicPr>
                    <pic:cNvPr id="110" name="12.jpg"/>
                    <pic:cNvPicPr/>
                  </pic:nvPicPr>
                  <pic:blipFill>
                    <a:blip r:embed="rId1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1" name="Picture 20"/>
            <wp:cNvGraphicFramePr>
              <a:graphicFrameLocks noChangeAspect="1"/>
            </wp:cNvGraphicFramePr>
            <a:graphic>
              <a:graphicData uri="http://schemas.openxmlformats.org/drawingml/2006/picture">
                <pic:pic>
                  <pic:nvPicPr>
                    <pic:cNvPr id="111" name="111.jpg"/>
                    <pic:cNvPicPr/>
                  </pic:nvPicPr>
                  <pic:blipFill>
                    <a:blip r:embed="rId2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1"/>
            <wp:cNvGraphicFramePr>
              <a:graphicFrameLocks noChangeAspect="1"/>
            </wp:cNvGraphicFramePr>
            <a:graphic>
              <a:graphicData uri="http://schemas.openxmlformats.org/drawingml/2006/picture">
                <pic:pic>
                  <pic:nvPicPr>
                    <pic:cNvPr id="112" name="110.jpg"/>
                    <pic:cNvPicPr/>
                  </pic:nvPicPr>
                  <pic:blipFill>
                    <a:blip r:embed="rId13"/>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3" name="Picture 22"/>
            <wp:cNvGraphicFramePr>
              <a:graphicFrameLocks noChangeAspect="1"/>
            </wp:cNvGraphicFramePr>
            <a:graphic>
              <a:graphicData uri="http://schemas.openxmlformats.org/drawingml/2006/picture">
                <pic:pic>
                  <pic:nvPicPr>
                    <pic:cNvPr id="113" name="15.jpg"/>
                    <pic:cNvPicPr/>
                  </pic:nvPicPr>
                  <pic:blipFill>
                    <a:blip r:embed="rId27"/>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