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2.jpg" ContentType="image/png"/>
  <Override PartName="/word/media/image18.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spacing w:line="360" w:lineRule="auto" w:before="0" w:after="0"/>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eastAsia="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特此证明。</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r>
      <w: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eastAsia="宋体" w:cs="宋体"/>
          <w:color w:val="000000"/>
          <w:sz w:val="24"/>
        </w:rPr>
      </w:r>
      <w:r>
        <w:rPr>
          <w:rFonts w:ascii="宋体" w:hAnsi="宋体" w:eastAsia="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eastAsia="宋体" w:cs="宋体"/>
        </w:rPr>
      </w:r>
    </w:p>
    <w:p>
      <w:pPr>
        <w:pBdr/>
        <w:spacing w:line="360" w:lineRule="auto" w:before="0" w:after="0"/>
        <w:ind w:firstLine="420"/>
        <w:rPr>
          <w:rFonts w:ascii="宋体" w:hAnsi="宋体" w:cs="宋体"/>
        </w:rPr>
      </w:pPr>
      <w:r>
        <w:rPr>
          <w:rFonts w:ascii="宋体" w:hAnsi="宋体" w:eastAsia="宋体" w:cs="宋体"/>
        </w:rPr>
      </w:r>
      <w:r/>
      <w:r>
        <w:rPr>
          <w:rFonts w:ascii="宋体" w:hAnsi="宋体" w:eastAsia="宋体" w:cs="宋体"/>
        </w:rPr>
      </w:r>
      <w:r>
        <w:rPr>
          <w:rFonts w:ascii="宋体" w:hAnsi="宋体" w:eastAsia="宋体" w:cs="宋体"/>
        </w:rPr>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line="360" w:lineRule="auto" w:before="0" w:after="0"/>
        <w:ind w:firstLine="420"/>
        <w:rPr/>
      </w:pPr>
      <w:r/>
      <w:r/>
    </w:p>
    <w:p>
      <w:pPr>
        <w:pStyle w:val="Heading1"/>
        <w:spacing w:line="360" w:lineRule="auto" w:before="0" w:after="0"/>
        <w:ind w:firstLine="420"/>
      </w:pPr>
      <w:r>
        <w:t>投标保证金</w:t>
      </w:r>
    </w:p>
    <w:p>
      <w:pPr>
        <w:pStyle w:val="Heading2"/>
        <w:spacing w:line="360" w:lineRule="auto" w:before="0" w:after="0"/>
        <w:ind w:firstLine="420"/>
      </w:pPr>
      <w:r>
        <w:t>投标保证金</w:t>
      </w:r>
    </w:p>
    <w:p>
      <w:pPr>
        <w:spacing w:line="360" w:lineRule="auto" w:before="0" w:after="0"/>
        <w:ind w:firstLine="420"/>
      </w:pPr>
      <w:r>
        <w:drawing>
          <wp:inline xmlns:a="http://schemas.openxmlformats.org/drawingml/2006/main" xmlns:pic="http://schemas.openxmlformats.org/drawingml/2006/picture">
            <wp:extent cx="5274000" cy="3356802"/>
            <wp:docPr id="1" name="Picture 1"/>
            <wp:cNvGraphicFramePr>
              <a:graphicFrameLocks noChangeAspect="1"/>
            </wp:cNvGraphicFramePr>
            <a:graphic>
              <a:graphicData uri="http://schemas.openxmlformats.org/drawingml/2006/picture">
                <pic:pic>
                  <pic:nvPicPr>
                    <pic:cNvPr id="1" name="c41e7e97-fbc5-42e1-a49f-309fd6d128a4.png"/>
                    <pic:cNvPicPr/>
                  </pic:nvPicPr>
                  <pic:blipFill>
                    <a:blip r:embed="rId9"/>
                    <a:stretch>
                      <a:fillRect/>
                    </a:stretch>
                  </pic:blipFill>
                  <pic:spPr>
                    <a:xfrm>
                      <a:off x="0" y="0"/>
                      <a:ext cx="5274000" cy="3356802"/>
                    </a:xfrm>
                    <a:prstGeom prst="rect"/>
                  </pic:spPr>
                </pic:pic>
              </a:graphicData>
            </a:graphic>
          </wp:inline>
        </w:drawing>
      </w:r>
    </w:p>
    <w:p>
      <w:pPr>
        <w:pStyle w:val="Heading2"/>
        <w:spacing w:line="360" w:lineRule="auto" w:before="0" w:after="0"/>
        <w:ind w:firstLine="420"/>
      </w:pPr>
      <w:r>
        <w:t>增值税专用发票开票信息及快递收件信息</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jc w:val="center"/>
        <w:rPr/>
      </w:pPr>
      <w:r>
        <w:rPr>
          <w:rFonts w:ascii="Arial" w:hAnsi="Arial" w:eastAsia="Arial" w:cs="Arial"/>
          <w:b/>
          <w:color w:val="000000"/>
          <w:sz w:val="28"/>
        </w:rPr>
        <w:t xml:space="preserve">增值税专用发票开票信息及快递收件信息</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rPr/>
      </w:pPr>
      <w:r>
        <w:rPr>
          <w:rFonts w:ascii="Arial" w:hAnsi="Arial" w:eastAsia="Arial" w:cs="Arial"/>
          <w:color w:val="000000"/>
        </w:rPr>
        <w:t xml:space="preserve">注：此表用于中标后开具并邮寄增值税专用发票，请认真填写。</w:t>
      </w:r>
      <w:r/>
    </w:p>
    <w:p>
      <w:pPr>
        <w:pBdr/>
        <w:spacing w:line="360" w:lineRule="auto" w:before="0" w:after="0"/>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r/>
    </w:p>
    <w:p>
      <w:pPr>
        <w:pStyle w:val="Heading1"/>
        <w:spacing w:line="360" w:lineRule="auto" w:before="0" w:after="0"/>
        <w:ind w:firstLine="420"/>
      </w:pPr>
      <w:r>
        <w:t>报价表</w:t>
      </w:r>
    </w:p>
    <w:p>
      <w:pPr>
        <w:pStyle w:val="Heading1"/>
        <w:spacing w:line="360" w:lineRule="auto" w:before="0" w:after="0"/>
        <w:ind w:firstLine="420"/>
      </w:pPr>
      <w:r>
        <w:t>商务响应及偏差表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投标人保证：除商务和技术偏差表列出的偏差外，投标人响应招标文件的全部要求。</w:t>
      </w:r>
      <w:r/>
    </w:p>
    <w:p>
      <w:pPr>
        <w:pBdr/>
        <w:spacing w:line="360" w:lineRule="auto" w:before="0" w:after="0"/>
        <w:ind w:firstLine="420"/>
        <w:rPr/>
      </w:pPr>
      <w:r/>
    </w:p>
    <w:p>
      <w:pPr>
        <w:pStyle w:val="Heading1"/>
        <w:spacing w:line="360" w:lineRule="auto" w:before="0" w:after="0"/>
        <w:ind w:firstLine="420"/>
      </w:pPr>
      <w:r>
        <w:t>资格审查资料</w:t>
      </w:r>
    </w:p>
    <w:p>
      <w:pPr>
        <w:pStyle w:val="Heading2"/>
        <w:spacing w:line="360" w:lineRule="auto" w:before="0" w:after="0"/>
        <w:ind w:firstLine="420"/>
      </w:pPr>
      <w:r>
        <w:t>基本情况表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rPr>
        <w:t xml:space="preserve">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line="360" w:lineRule="auto" w:before="0" w:after="0"/>
        <w:ind w:firstLine="420"/>
        <w:rPr/>
      </w:pPr>
      <w:r>
        <w:br/>
      </w:r>
      <w:r/>
      <w:r/>
    </w:p>
    <w:p>
      <w:pPr>
        <w:pStyle w:val="Heading2"/>
        <w:spacing w:line="360" w:lineRule="auto" w:before="0" w:after="0"/>
        <w:ind w:firstLine="420"/>
      </w:pPr>
      <w:r>
        <w:t>近年财务状况表</w:t>
      </w:r>
    </w:p>
    <w:p>
      <w:pPr>
        <w:pStyle w:val="Heading2"/>
        <w:spacing w:line="360" w:lineRule="auto" w:before="0" w:after="0"/>
        <w:ind w:firstLine="420"/>
      </w:pPr>
      <w:r>
        <w:t>近年完成的类似项目情况表</w:t>
      </w:r>
    </w:p>
    <w:p>
      <w:pPr>
        <w:pStyle w:val="Heading2"/>
        <w:spacing w:line="360" w:lineRule="auto" w:before="0" w:after="0"/>
        <w:ind w:firstLine="420"/>
      </w:pPr>
      <w:r>
        <w:t>正在供货和新承接的项目情况表</w:t>
      </w:r>
    </w:p>
    <w:p>
      <w:pPr>
        <w:pStyle w:val="Heading2"/>
        <w:spacing w:line="360" w:lineRule="auto" w:before="0" w:after="0"/>
        <w:ind w:firstLine="420"/>
      </w:pPr>
      <w:r>
        <w:t>近年发生的诉讼及仲裁情况</w:t>
      </w:r>
    </w:p>
    <w:p>
      <w:pPr>
        <w:pStyle w:val="Heading1"/>
        <w:spacing w:line="360" w:lineRule="auto" w:before="0" w:after="0"/>
        <w:ind w:firstLine="420"/>
      </w:pPr>
      <w:r>
        <w:t>技术性能指标的详细描述</w:t>
      </w:r>
    </w:p>
    <w:p>
      <w:pPr>
        <w:pStyle w:val="Heading2"/>
        <w:spacing w:line="360" w:lineRule="auto" w:before="0" w:after="0"/>
        <w:ind w:firstLine="420"/>
      </w:pPr>
      <w:r>
        <w:t>投标产品技术性能指标的详细描述</w:t>
      </w:r>
    </w:p>
    <w:p>
      <w:pPr>
        <w:pStyle w:val="Heading4"/>
        <w:spacing w:line="360" w:lineRule="auto" w:before="0" w:after="0"/>
        <w:ind w:firstLine="420"/>
      </w:pPr>
      <w:r>
        <w:t>投标产品技术性能指标的详细描述</w:t>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pStyle w:val="Heading1"/>
        <w:spacing w:line="360" w:lineRule="auto" w:before="0" w:after="0"/>
        <w:ind w:firstLine="420"/>
      </w:pPr>
      <w:r>
        <w:t>技术支持资料</w:t>
      </w:r>
    </w:p>
    <w:p>
      <w:pPr>
        <w:pStyle w:val="Heading2"/>
        <w:spacing w:line="360" w:lineRule="auto" w:before="0" w:after="0"/>
        <w:ind w:firstLine="420"/>
      </w:pPr>
      <w:r>
        <w:t>技术支持资料</w:t>
      </w:r>
    </w:p>
    <w:p>
      <w:pPr>
        <w:pStyle w:val="Heading4"/>
        <w:spacing w:line="360" w:lineRule="auto" w:before="0" w:after="0"/>
        <w:ind w:firstLine="420"/>
      </w:pPr>
      <w:r>
        <w:t>上传</w:t>
      </w:r>
    </w:p>
    <w:p>
      <w:pPr>
        <w:pStyle w:val="Heading4"/>
        <w:spacing w:line="360" w:lineRule="auto" w:before="0" w:after="0"/>
        <w:ind w:firstLine="420"/>
      </w:pPr>
      <w:r>
        <w:t>技术支持资料</w:t>
      </w:r>
    </w:p>
    <w:p>
      <w:pPr>
        <w:pBdr/>
        <w:spacing w:line="360" w:lineRule="auto" w:before="0" w:after="0"/>
        <w:ind w:firstLine="420"/>
        <w:rPr/>
      </w:pPr>
      <w:r>
        <w:t xml:space="preserve">111111233</w:t>
      </w:r>
      <w:r/>
    </w:p>
    <w:p>
      <w:pPr>
        <w:pBdr/>
        <w:spacing w:line="360" w:lineRule="auto" w:before="0" w:after="0"/>
        <w:ind w:firstLine="420"/>
        <w:rPr/>
      </w:pPr>
      <w:r>
        <w:t xml:space="preserve">jdsljlkjlfakds</w:t>
      </w:r>
      <w:r/>
    </w:p>
    <w:p>
      <w:pPr>
        <w:pBdr/>
        <w:spacing w:line="360" w:lineRule="auto" w:before="0" w:after="0"/>
        <w:ind w:firstLine="420"/>
        <w:rPr/>
      </w:pPr>
      <w:r>
        <w:t xml:space="preserve">jsdkfjlsajlfjsadlk</w:t>
      </w:r>
      <w:r/>
    </w:p>
    <w:p>
      <w:pPr>
        <w:pBdr/>
        <w:spacing w:line="360" w:lineRule="auto" w:before="0" w:after="0"/>
        <w:ind w:firstLine="420"/>
        <w:rPr/>
      </w:pPr>
      <w:r>
        <w:t xml:space="preserve">jkdsjflklksadjflkad</w:t>
        <w:br/>
      </w:r>
      <w:r/>
      <w:r/>
    </w:p>
    <w:p>
      <w:pPr>
        <w:pStyle w:val="Heading1"/>
        <w:spacing w:line="360" w:lineRule="auto" w:before="0" w:after="0"/>
        <w:ind w:firstLine="420"/>
      </w:pPr>
      <w:r>
        <w:t>技术服务和质保期服务计划</w:t>
      </w:r>
    </w:p>
    <w:p>
      <w:pPr>
        <w:pStyle w:val="Heading2"/>
        <w:spacing w:line="360" w:lineRule="auto" w:before="0" w:after="0"/>
        <w:ind w:firstLine="420"/>
      </w:pPr>
      <w:r>
        <w:t>技术服务和质保期服务计划</w:t>
      </w:r>
    </w:p>
    <w:p>
      <w:pPr>
        <w:pStyle w:val="Heading1"/>
        <w:spacing w:line="360" w:lineRule="auto" w:before="0" w:after="0"/>
        <w:ind w:firstLine="420"/>
      </w:pPr>
      <w:r>
        <w:t>其他资料</w:t>
      </w:r>
    </w:p>
    <w:p>
      <w:pPr>
        <w:pStyle w:val="Heading2"/>
        <w:spacing w:line="360" w:lineRule="auto" w:before="0" w:after="0"/>
        <w:ind w:firstLine="420"/>
      </w:pPr>
      <w:r>
        <w:t>价格、时效、质量、物流、账期承诺函</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折扣率承诺：</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left="0" w:firstLine="42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right"/>
        <w:rPr/>
      </w:pPr>
      <w:r>
        <w:rPr>
          <w:rFonts w:ascii="Arial" w:hAnsi="Arial" w:eastAsia="Arial" w:cs="Arial"/>
          <w:color w:val="000000"/>
          <w:sz w:val="24"/>
        </w:rPr>
        <w:t xml:space="preserve">投标人代表签字： _____________</w:t>
      </w:r>
      <w:r/>
    </w:p>
    <w:p>
      <w:pPr>
        <w:pBdr/>
        <w:spacing w:line="360" w:lineRule="auto" w:before="0" w:after="0"/>
        <w:ind w:firstLine="420"/>
        <w:rPr/>
      </w:pPr>
      <w:r/>
    </w:p>
    <w:p>
      <w:pPr>
        <w:pStyle w:val="Heading2"/>
        <w:spacing w:line="360" w:lineRule="auto" w:before="0" w:after="0"/>
        <w:ind w:firstLine="420"/>
      </w:pPr>
      <w:r>
        <w:t>廉洁协议</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444" w:firstLine="420"/>
        <w:rPr/>
      </w:pPr>
      <w:r>
        <w:rPr>
          <w:rFonts w:ascii="Arial" w:hAnsi="Arial" w:eastAsia="Arial" w:cs="Arial"/>
          <w:color w:val="000000"/>
          <w:sz w:val="24"/>
        </w:rPr>
        <w:t xml:space="preserve">签约日期：    年    月    日               签约日期：    年    月    日</w:t>
      </w:r>
      <w:r/>
    </w:p>
    <w:p>
      <w:pPr>
        <w:pBdr/>
        <w:spacing w:line="360" w:lineRule="auto" w:before="0" w:after="0"/>
        <w:ind w:firstLine="420"/>
        <w:rPr/>
      </w:pPr>
      <w:r/>
    </w:p>
    <w:p>
      <w:pPr>
        <w:pStyle w:val="Heading2"/>
        <w:spacing w:line="360" w:lineRule="auto" w:before="0" w:after="0"/>
        <w:ind w:firstLine="420"/>
      </w:pPr>
      <w:r>
        <w:t>初步评审响应情况</w:t>
      </w:r>
    </w:p>
    <w:p>
      <w:pPr>
        <w:pStyle w:val="Heading3"/>
        <w:spacing w:line="360" w:lineRule="auto" w:before="0" w:after="0"/>
        <w:ind w:firstLine="420"/>
      </w:pPr>
      <w:r>
        <w:t>营业执照</w:t>
      </w:r>
    </w:p>
    <w:p>
      <w:pPr>
        <w:spacing w:line="360" w:lineRule="auto" w:before="0" w:after="0"/>
        <w:ind w:firstLine="420"/>
      </w:pPr>
      <w:r>
        <w:t xml:space="preserve"> 题目：愉快的小学生春游</w:t>
        <w:br/>
        <w:br/>
        <w:t>春天的脚步悄然而至，万物复苏，阳光明媚，春风拂面。这个周末，我校组织了一次难忘的春游活动，让我们这群小学生沐浴在春天的阳光下，感受大自然的美好。</w:t>
        <w:br/>
        <w:br/>
        <w:t>早上八点，同学们穿着整齐的校服，背着书包，兴高采烈地来到了学校。大家在老师的带领下，有序地登上的大巴车，开始了我们的春游之旅。沿途，窗外的景色美不胜收，金黄的油菜花、嫩绿的麦苗、悠闲的奶牛，构成了一幅幅美丽的画卷。</w:t>
        <w:br/>
        <w:br/>
        <w:t>到达目的地后，同学们迫不及待地投入到春天的怀抱。我们来到了一片宽阔的草地上，绿草如茵，五彩斑斓的花朵点缀其中。同学们分成几个小组，开始了丰富多彩的游戏。有的同学在草地上翻滚，尽情地享受春天的阳光；有的同学在树荫下捉迷藏，欢声笑语回荡在空气中；还有的同学在河边观赏流水，感受大自然的神奇。</w:t>
        <w:br/>
        <w:br/>
        <w:t>中午，大家一起在草地上野餐。同学们带来了各式各样的美食，有鸡蛋、面包、水果、饮料等。大家围坐在一起，分享美食，相互交流，其乐融融。在享受美食的同时，我们还学习到了团结互助、珍惜食物的道理。</w:t>
        <w:br/>
        <w:br/>
        <w:t>下午，老师组织同学们进行了拓展活动。我们玩起了“信任倒退”、“拔河比赛”等游戏，不仅增进了同学间的友谊，还锻炼了我们的团队合作能力。活动中，我们学会了如何相互信任、如何为团队作出贡献，体会到了团结协作的力量。</w:t>
        <w:br/>
        <w:br/>
        <w:t>傍晚，夕阳映红了天空，我们依依不舍地离开了美丽的草地。在这次春游活动中，我们收获了快乐，感受到了大自然的美好，也学到了许多课堂之外的知识。春游让我们更加热爱生活，更加珍惜身边的美好。</w:t>
        <w:br/>
        <w:br/>
        <w:t>在这次春游活动中，我们度过了愉快的一天。回到学校，同学们纷纷写下了自己的感想，用文字记录下这次难忘的春游之旅。让我们把这份美好的回忆珍藏在心底，激励我们更加努力地学习，为实现美好的梦想而努力奋斗。</w:t>
      </w:r>
    </w:p>
    <w:p>
      <w:pPr>
        <w:pStyle w:val="Heading3"/>
        <w:spacing w:line="360" w:lineRule="auto" w:before="0" w:after="0"/>
        <w:ind w:firstLine="420"/>
      </w:pPr>
      <w:r>
        <w:t>资质要求</w:t>
      </w:r>
    </w:p>
    <w:p>
      <w:pPr>
        <w:pStyle w:val="Heading4"/>
        <w:spacing w:line="360" w:lineRule="auto" w:before="0" w:after="0"/>
        <w:ind w:firstLine="420"/>
      </w:pPr>
      <w:r>
        <w:t>2022年度主营业务收入</w:t>
      </w:r>
    </w:p>
    <w:p>
      <w:pPr>
        <w:spacing w:line="360" w:lineRule="auto" w:before="0" w:after="0"/>
        <w:ind w:firstLine="420"/>
      </w:pPr>
      <w:r>
        <w:t xml:space="preserve"> 题目：奋斗成就梦想</w:t>
        <w:br/>
        <w:br/>
        <w:t>在我们生活的这个世界里，每个人都在为自己的梦想而努力奋斗。梦想，是每个人内心深处最美好的期盼；奋斗，是实现梦想的唯一途径。对于我们高中生来说，更是要将奋斗进行到底，以期实现自己的人生目标。</w:t>
        <w:br/>
        <w:br/>
        <w:t>首先，树立一个明确的奋斗目标是我们迈向成功的第一步。有了明确的目标，我们就有了前进的方向，就不会在生活中迷失自我。对于我们高中生而言，我们的目标可以是高考取得优异成绩，进入心仪的大学，也可以是培养自己的兴趣爱好，成为某一领域的专家。不管我们的目标是什么，关键是要明确，要有针对性。</w:t>
        <w:br/>
        <w:br/>
        <w:t>其次，拥有坚定的信念和毅力是实现梦想的关键。在奋斗的过程中，我们难免会遇到各种困难和挫折。这时，我们需要坚定的信念和毅力来支撑自己继续前行。正如我国著名科学家钱学森所说：“要有恒心，要有毅力，不要被困难吓倒。”只有这样，我们才能在逆境中不断成长，最终实现自己的梦想。</w:t>
        <w:br/>
        <w:br/>
        <w:t>再者，勤奋刻苦是实现梦想的必要条件。天才出于勤奋，没有人能够轻易地取得成功。我们要充分利用每一天的时间，努力学习，不断提高自己的综合素质。当然，学习并不是唯一的目标，但我们一定要把学习当作一项重要任务来完成。在学习中，我们要注重方法和效率，力求做到事半功倍。</w:t>
        <w:br/>
        <w:br/>
        <w:t>最后，善于调整自己的心态也是实现梦想的重要因素。在奋斗的过程中，我们可能会遇到一些不如意的事情，这时候，我们要学会调整自己的心态，保持乐观，相信自己有能力克服困难。同时，我们还要学会与人沟通，善于倾听他人的意见和建议，不断完善自己。</w:t>
        <w:br/>
        <w:br/>
        <w:t>总之，奋斗是成就梦想的基石。作为一名高中生，我们要坚定信念，树立明确的目标，勤奋刻苦，善于调整心态，不断努力，为实现自己的梦想而奋斗。只有这样，我们才能在人生的道路上走得更远，实现自己的人生价值。让我们一起为自己的梦想而努力奋斗吧！</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 name="Picture 1"/>
            <wp:cNvGraphicFramePr>
              <a:graphicFrameLocks noChangeAspect="1"/>
            </wp:cNvGraphicFramePr>
            <a:graphic>
              <a:graphicData uri="http://schemas.openxmlformats.org/drawingml/2006/picture">
                <pic:pic>
                  <pic:nvPicPr>
                    <pic:cNvPr id="2"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 name="Picture 2"/>
            <wp:cNvGraphicFramePr>
              <a:graphicFrameLocks noChangeAspect="1"/>
            </wp:cNvGraphicFramePr>
            <a:graphic>
              <a:graphicData uri="http://schemas.openxmlformats.org/drawingml/2006/picture">
                <pic:pic>
                  <pic:nvPicPr>
                    <pic:cNvPr id="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 name="Picture 3"/>
            <wp:cNvGraphicFramePr>
              <a:graphicFrameLocks noChangeAspect="1"/>
            </wp:cNvGraphicFramePr>
            <a:graphic>
              <a:graphicData uri="http://schemas.openxmlformats.org/drawingml/2006/picture">
                <pic:pic>
                  <pic:nvPicPr>
                    <pic:cNvPr id="4"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 name="Picture 4"/>
            <wp:cNvGraphicFramePr>
              <a:graphicFrameLocks noChangeAspect="1"/>
            </wp:cNvGraphicFramePr>
            <a:graphic>
              <a:graphicData uri="http://schemas.openxmlformats.org/drawingml/2006/picture">
                <pic:pic>
                  <pic:nvPicPr>
                    <pic:cNvPr id="5"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 name="Picture 5"/>
            <wp:cNvGraphicFramePr>
              <a:graphicFrameLocks noChangeAspect="1"/>
            </wp:cNvGraphicFramePr>
            <a:graphic>
              <a:graphicData uri="http://schemas.openxmlformats.org/drawingml/2006/picture">
                <pic:pic>
                  <pic:nvPicPr>
                    <pic:cNvPr id="6"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 name="Picture 6"/>
            <wp:cNvGraphicFramePr>
              <a:graphicFrameLocks noChangeAspect="1"/>
            </wp:cNvGraphicFramePr>
            <a:graphic>
              <a:graphicData uri="http://schemas.openxmlformats.org/drawingml/2006/picture">
                <pic:pic>
                  <pic:nvPicPr>
                    <pic:cNvPr id="7"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 name="Picture 7"/>
            <wp:cNvGraphicFramePr>
              <a:graphicFrameLocks noChangeAspect="1"/>
            </wp:cNvGraphicFramePr>
            <a:graphic>
              <a:graphicData uri="http://schemas.openxmlformats.org/drawingml/2006/picture">
                <pic:pic>
                  <pic:nvPicPr>
                    <pic:cNvPr id="8"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 name="Picture 8"/>
            <wp:cNvGraphicFramePr>
              <a:graphicFrameLocks noChangeAspect="1"/>
            </wp:cNvGraphicFramePr>
            <a:graphic>
              <a:graphicData uri="http://schemas.openxmlformats.org/drawingml/2006/picture">
                <pic:pic>
                  <pic:nvPicPr>
                    <pic:cNvPr id="9"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 name="Picture 9"/>
            <wp:cNvGraphicFramePr>
              <a:graphicFrameLocks noChangeAspect="1"/>
            </wp:cNvGraphicFramePr>
            <a:graphic>
              <a:graphicData uri="http://schemas.openxmlformats.org/drawingml/2006/picture">
                <pic:pic>
                  <pic:nvPicPr>
                    <pic:cNvPr id="1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11" name="Picture 10"/>
            <wp:cNvGraphicFramePr>
              <a:graphicFrameLocks noChangeAspect="1"/>
            </wp:cNvGraphicFramePr>
            <a:graphic>
              <a:graphicData uri="http://schemas.openxmlformats.org/drawingml/2006/picture">
                <pic:pic>
                  <pic:nvPicPr>
                    <pic:cNvPr id="11"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2" name="Picture 11"/>
            <wp:cNvGraphicFramePr>
              <a:graphicFrameLocks noChangeAspect="1"/>
            </wp:cNvGraphicFramePr>
            <a:graphic>
              <a:graphicData uri="http://schemas.openxmlformats.org/drawingml/2006/picture">
                <pic:pic>
                  <pic:nvPicPr>
                    <pic:cNvPr id="12"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3" name="Picture 12"/>
            <wp:cNvGraphicFramePr>
              <a:graphicFrameLocks noChangeAspect="1"/>
            </wp:cNvGraphicFramePr>
            <a:graphic>
              <a:graphicData uri="http://schemas.openxmlformats.org/drawingml/2006/picture">
                <pic:pic>
                  <pic:nvPicPr>
                    <pic:cNvPr id="13"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4" name="Picture 13"/>
            <wp:cNvGraphicFramePr>
              <a:graphicFrameLocks noChangeAspect="1"/>
            </wp:cNvGraphicFramePr>
            <a:graphic>
              <a:graphicData uri="http://schemas.openxmlformats.org/drawingml/2006/picture">
                <pic:pic>
                  <pic:nvPicPr>
                    <pic:cNvPr id="14"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5" name="Picture 14"/>
            <wp:cNvGraphicFramePr>
              <a:graphicFrameLocks noChangeAspect="1"/>
            </wp:cNvGraphicFramePr>
            <a:graphic>
              <a:graphicData uri="http://schemas.openxmlformats.org/drawingml/2006/picture">
                <pic:pic>
                  <pic:nvPicPr>
                    <pic:cNvPr id="15"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6" name="Picture 15"/>
            <wp:cNvGraphicFramePr>
              <a:graphicFrameLocks noChangeAspect="1"/>
            </wp:cNvGraphicFramePr>
            <a:graphic>
              <a:graphicData uri="http://schemas.openxmlformats.org/drawingml/2006/picture">
                <pic:pic>
                  <pic:nvPicPr>
                    <pic:cNvPr id="16"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7" name="Picture 16"/>
            <wp:cNvGraphicFramePr>
              <a:graphicFrameLocks noChangeAspect="1"/>
            </wp:cNvGraphicFramePr>
            <a:graphic>
              <a:graphicData uri="http://schemas.openxmlformats.org/drawingml/2006/picture">
                <pic:pic>
                  <pic:nvPicPr>
                    <pic:cNvPr id="17"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8" name="Picture 17"/>
            <wp:cNvGraphicFramePr>
              <a:graphicFrameLocks noChangeAspect="1"/>
            </wp:cNvGraphicFramePr>
            <a:graphic>
              <a:graphicData uri="http://schemas.openxmlformats.org/drawingml/2006/picture">
                <pic:pic>
                  <pic:nvPicPr>
                    <pic:cNvPr id="18"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9" name="Picture 18"/>
            <wp:cNvGraphicFramePr>
              <a:graphicFrameLocks noChangeAspect="1"/>
            </wp:cNvGraphicFramePr>
            <a:graphic>
              <a:graphicData uri="http://schemas.openxmlformats.org/drawingml/2006/picture">
                <pic:pic>
                  <pic:nvPicPr>
                    <pic:cNvPr id="19"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0" name="Picture 19"/>
            <wp:cNvGraphicFramePr>
              <a:graphicFrameLocks noChangeAspect="1"/>
            </wp:cNvGraphicFramePr>
            <a:graphic>
              <a:graphicData uri="http://schemas.openxmlformats.org/drawingml/2006/picture">
                <pic:pic>
                  <pic:nvPicPr>
                    <pic:cNvPr id="2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1" name="Picture 20"/>
            <wp:cNvGraphicFramePr>
              <a:graphicFrameLocks noChangeAspect="1"/>
            </wp:cNvGraphicFramePr>
            <a:graphic>
              <a:graphicData uri="http://schemas.openxmlformats.org/drawingml/2006/picture">
                <pic:pic>
                  <pic:nvPicPr>
                    <pic:cNvPr id="21"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2" name="Picture 21"/>
            <wp:cNvGraphicFramePr>
              <a:graphicFrameLocks noChangeAspect="1"/>
            </wp:cNvGraphicFramePr>
            <a:graphic>
              <a:graphicData uri="http://schemas.openxmlformats.org/drawingml/2006/picture">
                <pic:pic>
                  <pic:nvPicPr>
                    <pic:cNvPr id="22"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3" name="Picture 22"/>
            <wp:cNvGraphicFramePr>
              <a:graphicFrameLocks noChangeAspect="1"/>
            </wp:cNvGraphicFramePr>
            <a:graphic>
              <a:graphicData uri="http://schemas.openxmlformats.org/drawingml/2006/picture">
                <pic:pic>
                  <pic:nvPicPr>
                    <pic:cNvPr id="23" name="118.jpg"/>
                    <pic:cNvPicPr/>
                  </pic:nvPicPr>
                  <pic:blipFill>
                    <a:blip r:embed="rId31"/>
                    <a:stretch>
                      <a:fillRect/>
                    </a:stretch>
                  </pic:blipFill>
                  <pic:spPr>
                    <a:xfrm>
                      <a:off x="0" y="0"/>
                      <a:ext cx="5274000" cy="7475766"/>
                    </a:xfrm>
                    <a:prstGeom prst="rect"/>
                  </pic:spPr>
                </pic:pic>
              </a:graphicData>
            </a:graphic>
          </wp:inline>
        </w:drawing>
      </w:r>
    </w:p>
    <w:p>
      <w:pPr>
        <w:pStyle w:val="Heading3"/>
        <w:spacing w:line="360" w:lineRule="auto" w:before="0" w:after="0"/>
        <w:ind w:firstLine="420"/>
      </w:pPr>
      <w:r>
        <w:t>近三年区域内相关品类销售业绩</w:t>
      </w:r>
    </w:p>
    <w:p>
      <w:pPr>
        <w:pStyle w:val="Heading3"/>
        <w:spacing w:line="360" w:lineRule="auto" w:before="0" w:after="0"/>
        <w:ind w:firstLine="420"/>
      </w:pPr>
      <w:r>
        <w:t>财务审计报告</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4" name="Picture 1"/>
            <wp:cNvGraphicFramePr>
              <a:graphicFrameLocks noChangeAspect="1"/>
            </wp:cNvGraphicFramePr>
            <a:graphic>
              <a:graphicData uri="http://schemas.openxmlformats.org/drawingml/2006/picture">
                <pic:pic>
                  <pic:nvPicPr>
                    <pic:cNvPr id="24"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5" name="Picture 2"/>
            <wp:cNvGraphicFramePr>
              <a:graphicFrameLocks noChangeAspect="1"/>
            </wp:cNvGraphicFramePr>
            <a:graphic>
              <a:graphicData uri="http://schemas.openxmlformats.org/drawingml/2006/picture">
                <pic:pic>
                  <pic:nvPicPr>
                    <pic:cNvPr id="25"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6" name="Picture 3"/>
            <wp:cNvGraphicFramePr>
              <a:graphicFrameLocks noChangeAspect="1"/>
            </wp:cNvGraphicFramePr>
            <a:graphic>
              <a:graphicData uri="http://schemas.openxmlformats.org/drawingml/2006/picture">
                <pic:pic>
                  <pic:nvPicPr>
                    <pic:cNvPr id="26"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7" name="Picture 4"/>
            <wp:cNvGraphicFramePr>
              <a:graphicFrameLocks noChangeAspect="1"/>
            </wp:cNvGraphicFramePr>
            <a:graphic>
              <a:graphicData uri="http://schemas.openxmlformats.org/drawingml/2006/picture">
                <pic:pic>
                  <pic:nvPicPr>
                    <pic:cNvPr id="27"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8" name="Picture 5"/>
            <wp:cNvGraphicFramePr>
              <a:graphicFrameLocks noChangeAspect="1"/>
            </wp:cNvGraphicFramePr>
            <a:graphic>
              <a:graphicData uri="http://schemas.openxmlformats.org/drawingml/2006/picture">
                <pic:pic>
                  <pic:nvPicPr>
                    <pic:cNvPr id="28"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9" name="Picture 6"/>
            <wp:cNvGraphicFramePr>
              <a:graphicFrameLocks noChangeAspect="1"/>
            </wp:cNvGraphicFramePr>
            <a:graphic>
              <a:graphicData uri="http://schemas.openxmlformats.org/drawingml/2006/picture">
                <pic:pic>
                  <pic:nvPicPr>
                    <pic:cNvPr id="29"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0" name="Picture 7"/>
            <wp:cNvGraphicFramePr>
              <a:graphicFrameLocks noChangeAspect="1"/>
            </wp:cNvGraphicFramePr>
            <a:graphic>
              <a:graphicData uri="http://schemas.openxmlformats.org/drawingml/2006/picture">
                <pic:pic>
                  <pic:nvPicPr>
                    <pic:cNvPr id="3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1" name="Picture 8"/>
            <wp:cNvGraphicFramePr>
              <a:graphicFrameLocks noChangeAspect="1"/>
            </wp:cNvGraphicFramePr>
            <a:graphic>
              <a:graphicData uri="http://schemas.openxmlformats.org/drawingml/2006/picture">
                <pic:pic>
                  <pic:nvPicPr>
                    <pic:cNvPr id="31"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2" name="Picture 9"/>
            <wp:cNvGraphicFramePr>
              <a:graphicFrameLocks noChangeAspect="1"/>
            </wp:cNvGraphicFramePr>
            <a:graphic>
              <a:graphicData uri="http://schemas.openxmlformats.org/drawingml/2006/picture">
                <pic:pic>
                  <pic:nvPicPr>
                    <pic:cNvPr id="32"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3" name="Picture 10"/>
            <wp:cNvGraphicFramePr>
              <a:graphicFrameLocks noChangeAspect="1"/>
            </wp:cNvGraphicFramePr>
            <a:graphic>
              <a:graphicData uri="http://schemas.openxmlformats.org/drawingml/2006/picture">
                <pic:pic>
                  <pic:nvPicPr>
                    <pic:cNvPr id="3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4" name="Picture 11"/>
            <wp:cNvGraphicFramePr>
              <a:graphicFrameLocks noChangeAspect="1"/>
            </wp:cNvGraphicFramePr>
            <a:graphic>
              <a:graphicData uri="http://schemas.openxmlformats.org/drawingml/2006/picture">
                <pic:pic>
                  <pic:nvPicPr>
                    <pic:cNvPr id="34"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5" name="Picture 12"/>
            <wp:cNvGraphicFramePr>
              <a:graphicFrameLocks noChangeAspect="1"/>
            </wp:cNvGraphicFramePr>
            <a:graphic>
              <a:graphicData uri="http://schemas.openxmlformats.org/drawingml/2006/picture">
                <pic:pic>
                  <pic:nvPicPr>
                    <pic:cNvPr id="35"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36" name="Picture 13"/>
            <wp:cNvGraphicFramePr>
              <a:graphicFrameLocks noChangeAspect="1"/>
            </wp:cNvGraphicFramePr>
            <a:graphic>
              <a:graphicData uri="http://schemas.openxmlformats.org/drawingml/2006/picture">
                <pic:pic>
                  <pic:nvPicPr>
                    <pic:cNvPr id="36"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7" name="Picture 14"/>
            <wp:cNvGraphicFramePr>
              <a:graphicFrameLocks noChangeAspect="1"/>
            </wp:cNvGraphicFramePr>
            <a:graphic>
              <a:graphicData uri="http://schemas.openxmlformats.org/drawingml/2006/picture">
                <pic:pic>
                  <pic:nvPicPr>
                    <pic:cNvPr id="37"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8" name="Picture 15"/>
            <wp:cNvGraphicFramePr>
              <a:graphicFrameLocks noChangeAspect="1"/>
            </wp:cNvGraphicFramePr>
            <a:graphic>
              <a:graphicData uri="http://schemas.openxmlformats.org/drawingml/2006/picture">
                <pic:pic>
                  <pic:nvPicPr>
                    <pic:cNvPr id="38"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39" name="Picture 16"/>
            <wp:cNvGraphicFramePr>
              <a:graphicFrameLocks noChangeAspect="1"/>
            </wp:cNvGraphicFramePr>
            <a:graphic>
              <a:graphicData uri="http://schemas.openxmlformats.org/drawingml/2006/picture">
                <pic:pic>
                  <pic:nvPicPr>
                    <pic:cNvPr id="39"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0" name="Picture 17"/>
            <wp:cNvGraphicFramePr>
              <a:graphicFrameLocks noChangeAspect="1"/>
            </wp:cNvGraphicFramePr>
            <a:graphic>
              <a:graphicData uri="http://schemas.openxmlformats.org/drawingml/2006/picture">
                <pic:pic>
                  <pic:nvPicPr>
                    <pic:cNvPr id="4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1" name="Picture 18"/>
            <wp:cNvGraphicFramePr>
              <a:graphicFrameLocks noChangeAspect="1"/>
            </wp:cNvGraphicFramePr>
            <a:graphic>
              <a:graphicData uri="http://schemas.openxmlformats.org/drawingml/2006/picture">
                <pic:pic>
                  <pic:nvPicPr>
                    <pic:cNvPr id="41"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2" name="Picture 19"/>
            <wp:cNvGraphicFramePr>
              <a:graphicFrameLocks noChangeAspect="1"/>
            </wp:cNvGraphicFramePr>
            <a:graphic>
              <a:graphicData uri="http://schemas.openxmlformats.org/drawingml/2006/picture">
                <pic:pic>
                  <pic:nvPicPr>
                    <pic:cNvPr id="42"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3" name="Picture 20"/>
            <wp:cNvGraphicFramePr>
              <a:graphicFrameLocks noChangeAspect="1"/>
            </wp:cNvGraphicFramePr>
            <a:graphic>
              <a:graphicData uri="http://schemas.openxmlformats.org/drawingml/2006/picture">
                <pic:pic>
                  <pic:nvPicPr>
                    <pic:cNvPr id="43"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4" name="Picture 21"/>
            <wp:cNvGraphicFramePr>
              <a:graphicFrameLocks noChangeAspect="1"/>
            </wp:cNvGraphicFramePr>
            <a:graphic>
              <a:graphicData uri="http://schemas.openxmlformats.org/drawingml/2006/picture">
                <pic:pic>
                  <pic:nvPicPr>
                    <pic:cNvPr id="44"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5" name="Picture 22"/>
            <wp:cNvGraphicFramePr>
              <a:graphicFrameLocks noChangeAspect="1"/>
            </wp:cNvGraphicFramePr>
            <a:graphic>
              <a:graphicData uri="http://schemas.openxmlformats.org/drawingml/2006/picture">
                <pic:pic>
                  <pic:nvPicPr>
                    <pic:cNvPr id="45" name="d9cba46a-8811-48e7-b668-f91883cb5b37.jpg"/>
                    <pic:cNvPicPr/>
                  </pic:nvPicPr>
                  <pic:blipFill>
                    <a:blip r:embed="rId20"/>
                    <a:stretch>
                      <a:fillRect/>
                    </a:stretch>
                  </pic:blipFill>
                  <pic:spPr>
                    <a:xfrm>
                      <a:off x="0" y="0"/>
                      <a:ext cx="5274000" cy="3720698"/>
                    </a:xfrm>
                    <a:prstGeom prst="rect"/>
                  </pic:spPr>
                </pic:pic>
              </a:graphicData>
            </a:graphic>
          </wp:inline>
        </w:drawing>
      </w:r>
    </w:p>
    <w:p>
      <w:pPr>
        <w:pStyle w:val="Heading3"/>
        <w:spacing w:line="360" w:lineRule="auto" w:before="0" w:after="0"/>
        <w:ind w:firstLine="420"/>
      </w:pPr>
      <w:r>
        <w:t>信誉要求</w:t>
      </w:r>
    </w:p>
    <w:p>
      <w:pPr>
        <w:pStyle w:val="Heading4"/>
        <w:spacing w:line="360" w:lineRule="auto" w:before="0" w:after="0"/>
        <w:ind w:firstLine="420"/>
      </w:pPr>
      <w:r>
        <w:t>未发生质量安全责任事故</w:t>
      </w:r>
    </w:p>
    <w:p>
      <w:pPr>
        <w:pStyle w:val="Heading4"/>
        <w:spacing w:line="360" w:lineRule="auto" w:before="0" w:after="0"/>
        <w:ind w:firstLine="420"/>
      </w:pPr>
      <w:r>
        <w:t>全国企业信用信息公示系统</w:t>
      </w:r>
    </w:p>
    <w:p>
      <w:pPr>
        <w:pStyle w:val="Heading4"/>
        <w:spacing w:line="360" w:lineRule="auto" w:before="0" w:after="0"/>
        <w:ind w:firstLine="420"/>
      </w:pPr>
      <w:r>
        <w:t>信用中国</w:t>
      </w:r>
    </w:p>
    <w:p>
      <w:pPr>
        <w:pStyle w:val="Heading4"/>
        <w:spacing w:line="360" w:lineRule="auto" w:before="0" w:after="0"/>
        <w:ind w:firstLine="420"/>
      </w:pPr>
      <w:r>
        <w:t>中国裁判文书网</w:t>
      </w:r>
    </w:p>
    <w:p>
      <w:pPr>
        <w:pStyle w:val="Heading4"/>
        <w:spacing w:line="360" w:lineRule="auto" w:before="0" w:after="0"/>
        <w:ind w:firstLine="420"/>
      </w:pPr>
      <w:r>
        <w:t>投标资格</w:t>
      </w:r>
    </w:p>
    <w:p>
      <w:pPr>
        <w:pStyle w:val="Heading3"/>
        <w:spacing w:line="360" w:lineRule="auto" w:before="0" w:after="0"/>
        <w:ind w:firstLine="420"/>
      </w:pPr>
      <w:r>
        <w:t>非联合体投标声明</w:t>
      </w:r>
    </w:p>
    <w:p>
      <w:pPr>
        <w:pStyle w:val="Heading3"/>
        <w:spacing w:line="360" w:lineRule="auto" w:before="0" w:after="0"/>
        <w:ind w:firstLine="420"/>
      </w:pPr>
      <w:r>
        <w:t>其他资格条件响应声明</w:t>
      </w:r>
    </w:p>
    <w:p>
      <w:pPr>
        <w:pStyle w:val="Heading2"/>
        <w:spacing w:line="360" w:lineRule="auto" w:before="0" w:after="0"/>
        <w:ind w:firstLine="420"/>
      </w:pPr>
      <w:r>
        <w:t>详细评审响应情况</w:t>
      </w:r>
    </w:p>
    <w:p>
      <w:pPr>
        <w:pStyle w:val="Heading3"/>
        <w:spacing w:line="360" w:lineRule="auto" w:before="0" w:after="0"/>
        <w:ind w:firstLine="420"/>
      </w:pPr>
      <w:r>
        <w:t>商务评分标准</w:t>
      </w:r>
    </w:p>
    <w:p>
      <w:pPr>
        <w:pStyle w:val="Heading4"/>
        <w:spacing w:line="360" w:lineRule="auto" w:before="0" w:after="0"/>
        <w:ind w:firstLine="420"/>
      </w:pPr>
      <w:r>
        <w:t>用户评价</w:t>
      </w:r>
    </w:p>
    <w:p>
      <w:pPr>
        <w:pStyle w:val="Heading4"/>
        <w:spacing w:line="360" w:lineRule="auto" w:before="0" w:after="0"/>
        <w:ind w:firstLine="420"/>
      </w:pPr>
      <w:r>
        <w:t>体系认证</w:t>
      </w:r>
    </w:p>
    <w:p>
      <w:pPr>
        <w:pStyle w:val="Heading5"/>
        <w:spacing w:line="360" w:lineRule="auto" w:before="0" w:after="0"/>
        <w:ind w:firstLine="420"/>
      </w:pPr>
      <w:r>
        <w:t>质量管理体系认证</w:t>
      </w:r>
    </w:p>
    <w:p>
      <w:pPr>
        <w:pStyle w:val="Heading4"/>
        <w:spacing w:line="360" w:lineRule="auto" w:before="0" w:after="0"/>
        <w:ind w:firstLine="420"/>
      </w:pPr>
      <w:r>
        <w:t>012020QR1</w:t>
      </w:r>
    </w:p>
    <w:p>
      <w:pPr>
        <w:spacing w:line="360" w:lineRule="auto" w:before="0" w:after="0"/>
        <w:ind w:firstLine="420"/>
      </w:pPr>
      <w:r>
        <w:drawing>
          <wp:inline xmlns:a="http://schemas.openxmlformats.org/drawingml/2006/main" xmlns:pic="http://schemas.openxmlformats.org/drawingml/2006/picture">
            <wp:extent cx="5274000" cy="7461158"/>
            <wp:docPr id="46" name="Picture 1"/>
            <wp:cNvGraphicFramePr>
              <a:graphicFrameLocks noChangeAspect="1"/>
            </wp:cNvGraphicFramePr>
            <a:graphic>
              <a:graphicData uri="http://schemas.openxmlformats.org/drawingml/2006/picture">
                <pic:pic>
                  <pic:nvPicPr>
                    <pic:cNvPr id="46" name="11.jpg"/>
                    <pic:cNvPicPr/>
                  </pic:nvPicPr>
                  <pic:blipFill>
                    <a:blip r:embed="rId32"/>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环境管理体系认证</w:t>
      </w:r>
    </w:p>
    <w:p>
      <w:pPr>
        <w:pStyle w:val="Heading4"/>
        <w:spacing w:line="360" w:lineRule="auto" w:before="0" w:after="0"/>
        <w:ind w:firstLine="420"/>
      </w:pPr>
      <w:r>
        <w:t>012020E</w:t>
      </w:r>
    </w:p>
    <w:p>
      <w:pPr>
        <w:spacing w:line="360" w:lineRule="auto" w:before="0" w:after="0"/>
        <w:ind w:firstLine="420"/>
      </w:pPr>
      <w:r>
        <w:drawing>
          <wp:inline xmlns:a="http://schemas.openxmlformats.org/drawingml/2006/main" xmlns:pic="http://schemas.openxmlformats.org/drawingml/2006/picture">
            <wp:extent cx="5274000" cy="7461158"/>
            <wp:docPr id="47" name="Picture 1"/>
            <wp:cNvGraphicFramePr>
              <a:graphicFrameLocks noChangeAspect="1"/>
            </wp:cNvGraphicFramePr>
            <a:graphic>
              <a:graphicData uri="http://schemas.openxmlformats.org/drawingml/2006/picture">
                <pic:pic>
                  <pic:nvPicPr>
                    <pic:cNvPr id="47" name="11.jpg"/>
                    <pic:cNvPicPr/>
                  </pic:nvPicPr>
                  <pic:blipFill>
                    <a:blip r:embed="rId33"/>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职业健康管理体系认证</w:t>
      </w:r>
    </w:p>
    <w:p>
      <w:pPr>
        <w:pStyle w:val="Heading4"/>
        <w:spacing w:line="360" w:lineRule="auto" w:before="0" w:after="0"/>
        <w:ind w:firstLine="420"/>
      </w:pPr>
      <w:r>
        <w:t>012020S</w:t>
      </w:r>
    </w:p>
    <w:p>
      <w:pPr>
        <w:spacing w:line="360" w:lineRule="auto" w:before="0" w:after="0"/>
        <w:ind w:firstLine="420"/>
      </w:pPr>
      <w:r>
        <w:drawing>
          <wp:inline xmlns:a="http://schemas.openxmlformats.org/drawingml/2006/main" xmlns:pic="http://schemas.openxmlformats.org/drawingml/2006/picture">
            <wp:extent cx="5274000" cy="7461158"/>
            <wp:docPr id="48" name="Picture 1"/>
            <wp:cNvGraphicFramePr>
              <a:graphicFrameLocks noChangeAspect="1"/>
            </wp:cNvGraphicFramePr>
            <a:graphic>
              <a:graphicData uri="http://schemas.openxmlformats.org/drawingml/2006/picture">
                <pic:pic>
                  <pic:nvPicPr>
                    <pic:cNvPr id="48" name="11.jpg"/>
                    <pic:cNvPicPr/>
                  </pic:nvPicPr>
                  <pic:blipFill>
                    <a:blip r:embed="rId34"/>
                    <a:stretch>
                      <a:fillRect/>
                    </a:stretch>
                  </pic:blipFill>
                  <pic:spPr>
                    <a:xfrm>
                      <a:off x="0" y="0"/>
                      <a:ext cx="5274000" cy="7461158"/>
                    </a:xfrm>
                    <a:prstGeom prst="rect"/>
                  </pic:spPr>
                </pic:pic>
              </a:graphicData>
            </a:graphic>
          </wp:inline>
        </w:drawing>
      </w:r>
    </w:p>
    <w:p>
      <w:pPr>
        <w:pStyle w:val="Heading4"/>
        <w:spacing w:line="360" w:lineRule="auto" w:before="0" w:after="0"/>
        <w:ind w:firstLine="420"/>
      </w:pPr>
      <w:r>
        <w:t>历史业绩</w:t>
      </w:r>
    </w:p>
    <w:p>
      <w:pPr>
        <w:pStyle w:val="Heading4"/>
        <w:spacing w:line="360" w:lineRule="auto" w:before="0" w:after="0"/>
        <w:ind w:firstLine="420"/>
      </w:pPr>
      <w:r>
        <w:t>财务状况</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49" name="Picture 1"/>
            <wp:cNvGraphicFramePr>
              <a:graphicFrameLocks noChangeAspect="1"/>
            </wp:cNvGraphicFramePr>
            <a:graphic>
              <a:graphicData uri="http://schemas.openxmlformats.org/drawingml/2006/picture">
                <pic:pic>
                  <pic:nvPicPr>
                    <pic:cNvPr id="49"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0" name="Picture 2"/>
            <wp:cNvGraphicFramePr>
              <a:graphicFrameLocks noChangeAspect="1"/>
            </wp:cNvGraphicFramePr>
            <a:graphic>
              <a:graphicData uri="http://schemas.openxmlformats.org/drawingml/2006/picture">
                <pic:pic>
                  <pic:nvPicPr>
                    <pic:cNvPr id="5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1" name="Picture 3"/>
            <wp:cNvGraphicFramePr>
              <a:graphicFrameLocks noChangeAspect="1"/>
            </wp:cNvGraphicFramePr>
            <a:graphic>
              <a:graphicData uri="http://schemas.openxmlformats.org/drawingml/2006/picture">
                <pic:pic>
                  <pic:nvPicPr>
                    <pic:cNvPr id="51"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52" name="Picture 4"/>
            <wp:cNvGraphicFramePr>
              <a:graphicFrameLocks noChangeAspect="1"/>
            </wp:cNvGraphicFramePr>
            <a:graphic>
              <a:graphicData uri="http://schemas.openxmlformats.org/drawingml/2006/picture">
                <pic:pic>
                  <pic:nvPicPr>
                    <pic:cNvPr id="52"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3" name="Picture 5"/>
            <wp:cNvGraphicFramePr>
              <a:graphicFrameLocks noChangeAspect="1"/>
            </wp:cNvGraphicFramePr>
            <a:graphic>
              <a:graphicData uri="http://schemas.openxmlformats.org/drawingml/2006/picture">
                <pic:pic>
                  <pic:nvPicPr>
                    <pic:cNvPr id="53"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54" name="Picture 6"/>
            <wp:cNvGraphicFramePr>
              <a:graphicFrameLocks noChangeAspect="1"/>
            </wp:cNvGraphicFramePr>
            <a:graphic>
              <a:graphicData uri="http://schemas.openxmlformats.org/drawingml/2006/picture">
                <pic:pic>
                  <pic:nvPicPr>
                    <pic:cNvPr id="54"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5" name="Picture 7"/>
            <wp:cNvGraphicFramePr>
              <a:graphicFrameLocks noChangeAspect="1"/>
            </wp:cNvGraphicFramePr>
            <a:graphic>
              <a:graphicData uri="http://schemas.openxmlformats.org/drawingml/2006/picture">
                <pic:pic>
                  <pic:nvPicPr>
                    <pic:cNvPr id="55"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6" name="Picture 8"/>
            <wp:cNvGraphicFramePr>
              <a:graphicFrameLocks noChangeAspect="1"/>
            </wp:cNvGraphicFramePr>
            <a:graphic>
              <a:graphicData uri="http://schemas.openxmlformats.org/drawingml/2006/picture">
                <pic:pic>
                  <pic:nvPicPr>
                    <pic:cNvPr id="56"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7" name="Picture 9"/>
            <wp:cNvGraphicFramePr>
              <a:graphicFrameLocks noChangeAspect="1"/>
            </wp:cNvGraphicFramePr>
            <a:graphic>
              <a:graphicData uri="http://schemas.openxmlformats.org/drawingml/2006/picture">
                <pic:pic>
                  <pic:nvPicPr>
                    <pic:cNvPr id="57"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8" name="Picture 10"/>
            <wp:cNvGraphicFramePr>
              <a:graphicFrameLocks noChangeAspect="1"/>
            </wp:cNvGraphicFramePr>
            <a:graphic>
              <a:graphicData uri="http://schemas.openxmlformats.org/drawingml/2006/picture">
                <pic:pic>
                  <pic:nvPicPr>
                    <pic:cNvPr id="58"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9" name="Picture 11"/>
            <wp:cNvGraphicFramePr>
              <a:graphicFrameLocks noChangeAspect="1"/>
            </wp:cNvGraphicFramePr>
            <a:graphic>
              <a:graphicData uri="http://schemas.openxmlformats.org/drawingml/2006/picture">
                <pic:pic>
                  <pic:nvPicPr>
                    <pic:cNvPr id="59"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0" name="Picture 12"/>
            <wp:cNvGraphicFramePr>
              <a:graphicFrameLocks noChangeAspect="1"/>
            </wp:cNvGraphicFramePr>
            <a:graphic>
              <a:graphicData uri="http://schemas.openxmlformats.org/drawingml/2006/picture">
                <pic:pic>
                  <pic:nvPicPr>
                    <pic:cNvPr id="6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1" name="Picture 13"/>
            <wp:cNvGraphicFramePr>
              <a:graphicFrameLocks noChangeAspect="1"/>
            </wp:cNvGraphicFramePr>
            <a:graphic>
              <a:graphicData uri="http://schemas.openxmlformats.org/drawingml/2006/picture">
                <pic:pic>
                  <pic:nvPicPr>
                    <pic:cNvPr id="61"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2" name="Picture 14"/>
            <wp:cNvGraphicFramePr>
              <a:graphicFrameLocks noChangeAspect="1"/>
            </wp:cNvGraphicFramePr>
            <a:graphic>
              <a:graphicData uri="http://schemas.openxmlformats.org/drawingml/2006/picture">
                <pic:pic>
                  <pic:nvPicPr>
                    <pic:cNvPr id="62"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3" name="Picture 15"/>
            <wp:cNvGraphicFramePr>
              <a:graphicFrameLocks noChangeAspect="1"/>
            </wp:cNvGraphicFramePr>
            <a:graphic>
              <a:graphicData uri="http://schemas.openxmlformats.org/drawingml/2006/picture">
                <pic:pic>
                  <pic:nvPicPr>
                    <pic:cNvPr id="63"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4" name="Picture 16"/>
            <wp:cNvGraphicFramePr>
              <a:graphicFrameLocks noChangeAspect="1"/>
            </wp:cNvGraphicFramePr>
            <a:graphic>
              <a:graphicData uri="http://schemas.openxmlformats.org/drawingml/2006/picture">
                <pic:pic>
                  <pic:nvPicPr>
                    <pic:cNvPr id="64"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5" name="Picture 17"/>
            <wp:cNvGraphicFramePr>
              <a:graphicFrameLocks noChangeAspect="1"/>
            </wp:cNvGraphicFramePr>
            <a:graphic>
              <a:graphicData uri="http://schemas.openxmlformats.org/drawingml/2006/picture">
                <pic:pic>
                  <pic:nvPicPr>
                    <pic:cNvPr id="65"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6" name="Picture 18"/>
            <wp:cNvGraphicFramePr>
              <a:graphicFrameLocks noChangeAspect="1"/>
            </wp:cNvGraphicFramePr>
            <a:graphic>
              <a:graphicData uri="http://schemas.openxmlformats.org/drawingml/2006/picture">
                <pic:pic>
                  <pic:nvPicPr>
                    <pic:cNvPr id="66"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7" name="Picture 19"/>
            <wp:cNvGraphicFramePr>
              <a:graphicFrameLocks noChangeAspect="1"/>
            </wp:cNvGraphicFramePr>
            <a:graphic>
              <a:graphicData uri="http://schemas.openxmlformats.org/drawingml/2006/picture">
                <pic:pic>
                  <pic:nvPicPr>
                    <pic:cNvPr id="67"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8" name="Picture 20"/>
            <wp:cNvGraphicFramePr>
              <a:graphicFrameLocks noChangeAspect="1"/>
            </wp:cNvGraphicFramePr>
            <a:graphic>
              <a:graphicData uri="http://schemas.openxmlformats.org/drawingml/2006/picture">
                <pic:pic>
                  <pic:nvPicPr>
                    <pic:cNvPr id="68"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9" name="Picture 21"/>
            <wp:cNvGraphicFramePr>
              <a:graphicFrameLocks noChangeAspect="1"/>
            </wp:cNvGraphicFramePr>
            <a:graphic>
              <a:graphicData uri="http://schemas.openxmlformats.org/drawingml/2006/picture">
                <pic:pic>
                  <pic:nvPicPr>
                    <pic:cNvPr id="69"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0" name="Picture 22"/>
            <wp:cNvGraphicFramePr>
              <a:graphicFrameLocks noChangeAspect="1"/>
            </wp:cNvGraphicFramePr>
            <a:graphic>
              <a:graphicData uri="http://schemas.openxmlformats.org/drawingml/2006/picture">
                <pic:pic>
                  <pic:nvPicPr>
                    <pic:cNvPr id="70" name="122.jpg"/>
                    <pic:cNvPicPr/>
                  </pic:nvPicPr>
                  <pic:blipFill>
                    <a:blip r:embed="rId22"/>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2022年度资产负债率</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0773"/>
            <wp:docPr id="71" name="Picture 1"/>
            <wp:cNvGraphicFramePr>
              <a:graphicFrameLocks noChangeAspect="1"/>
            </wp:cNvGraphicFramePr>
            <a:graphic>
              <a:graphicData uri="http://schemas.openxmlformats.org/drawingml/2006/picture">
                <pic:pic>
                  <pic:nvPicPr>
                    <pic:cNvPr id="71"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2" name="Picture 2"/>
            <wp:cNvGraphicFramePr>
              <a:graphicFrameLocks noChangeAspect="1"/>
            </wp:cNvGraphicFramePr>
            <a:graphic>
              <a:graphicData uri="http://schemas.openxmlformats.org/drawingml/2006/picture">
                <pic:pic>
                  <pic:nvPicPr>
                    <pic:cNvPr id="72"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3" name="Picture 3"/>
            <wp:cNvGraphicFramePr>
              <a:graphicFrameLocks noChangeAspect="1"/>
            </wp:cNvGraphicFramePr>
            <a:graphic>
              <a:graphicData uri="http://schemas.openxmlformats.org/drawingml/2006/picture">
                <pic:pic>
                  <pic:nvPicPr>
                    <pic:cNvPr id="73"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4" name="Picture 4"/>
            <wp:cNvGraphicFramePr>
              <a:graphicFrameLocks noChangeAspect="1"/>
            </wp:cNvGraphicFramePr>
            <a:graphic>
              <a:graphicData uri="http://schemas.openxmlformats.org/drawingml/2006/picture">
                <pic:pic>
                  <pic:nvPicPr>
                    <pic:cNvPr id="74"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5" name="Picture 5"/>
            <wp:cNvGraphicFramePr>
              <a:graphicFrameLocks noChangeAspect="1"/>
            </wp:cNvGraphicFramePr>
            <a:graphic>
              <a:graphicData uri="http://schemas.openxmlformats.org/drawingml/2006/picture">
                <pic:pic>
                  <pic:nvPicPr>
                    <pic:cNvPr id="75"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6" name="Picture 6"/>
            <wp:cNvGraphicFramePr>
              <a:graphicFrameLocks noChangeAspect="1"/>
            </wp:cNvGraphicFramePr>
            <a:graphic>
              <a:graphicData uri="http://schemas.openxmlformats.org/drawingml/2006/picture">
                <pic:pic>
                  <pic:nvPicPr>
                    <pic:cNvPr id="76"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7" name="Picture 7"/>
            <wp:cNvGraphicFramePr>
              <a:graphicFrameLocks noChangeAspect="1"/>
            </wp:cNvGraphicFramePr>
            <a:graphic>
              <a:graphicData uri="http://schemas.openxmlformats.org/drawingml/2006/picture">
                <pic:pic>
                  <pic:nvPicPr>
                    <pic:cNvPr id="77"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8" name="Picture 8"/>
            <wp:cNvGraphicFramePr>
              <a:graphicFrameLocks noChangeAspect="1"/>
            </wp:cNvGraphicFramePr>
            <a:graphic>
              <a:graphicData uri="http://schemas.openxmlformats.org/drawingml/2006/picture">
                <pic:pic>
                  <pic:nvPicPr>
                    <pic:cNvPr id="78"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9" name="Picture 9"/>
            <wp:cNvGraphicFramePr>
              <a:graphicFrameLocks noChangeAspect="1"/>
            </wp:cNvGraphicFramePr>
            <a:graphic>
              <a:graphicData uri="http://schemas.openxmlformats.org/drawingml/2006/picture">
                <pic:pic>
                  <pic:nvPicPr>
                    <pic:cNvPr id="79"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0" name="Picture 10"/>
            <wp:cNvGraphicFramePr>
              <a:graphicFrameLocks noChangeAspect="1"/>
            </wp:cNvGraphicFramePr>
            <a:graphic>
              <a:graphicData uri="http://schemas.openxmlformats.org/drawingml/2006/picture">
                <pic:pic>
                  <pic:nvPicPr>
                    <pic:cNvPr id="8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1" name="Picture 11"/>
            <wp:cNvGraphicFramePr>
              <a:graphicFrameLocks noChangeAspect="1"/>
            </wp:cNvGraphicFramePr>
            <a:graphic>
              <a:graphicData uri="http://schemas.openxmlformats.org/drawingml/2006/picture">
                <pic:pic>
                  <pic:nvPicPr>
                    <pic:cNvPr id="81"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82" name="Picture 12"/>
            <wp:cNvGraphicFramePr>
              <a:graphicFrameLocks noChangeAspect="1"/>
            </wp:cNvGraphicFramePr>
            <a:graphic>
              <a:graphicData uri="http://schemas.openxmlformats.org/drawingml/2006/picture">
                <pic:pic>
                  <pic:nvPicPr>
                    <pic:cNvPr id="82"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3" name="Picture 13"/>
            <wp:cNvGraphicFramePr>
              <a:graphicFrameLocks noChangeAspect="1"/>
            </wp:cNvGraphicFramePr>
            <a:graphic>
              <a:graphicData uri="http://schemas.openxmlformats.org/drawingml/2006/picture">
                <pic:pic>
                  <pic:nvPicPr>
                    <pic:cNvPr id="83"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4" name="Picture 14"/>
            <wp:cNvGraphicFramePr>
              <a:graphicFrameLocks noChangeAspect="1"/>
            </wp:cNvGraphicFramePr>
            <a:graphic>
              <a:graphicData uri="http://schemas.openxmlformats.org/drawingml/2006/picture">
                <pic:pic>
                  <pic:nvPicPr>
                    <pic:cNvPr id="84"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5" name="Picture 15"/>
            <wp:cNvGraphicFramePr>
              <a:graphicFrameLocks noChangeAspect="1"/>
            </wp:cNvGraphicFramePr>
            <a:graphic>
              <a:graphicData uri="http://schemas.openxmlformats.org/drawingml/2006/picture">
                <pic:pic>
                  <pic:nvPicPr>
                    <pic:cNvPr id="85"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6" name="Picture 16"/>
            <wp:cNvGraphicFramePr>
              <a:graphicFrameLocks noChangeAspect="1"/>
            </wp:cNvGraphicFramePr>
            <a:graphic>
              <a:graphicData uri="http://schemas.openxmlformats.org/drawingml/2006/picture">
                <pic:pic>
                  <pic:nvPicPr>
                    <pic:cNvPr id="86"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7" name="Picture 17"/>
            <wp:cNvGraphicFramePr>
              <a:graphicFrameLocks noChangeAspect="1"/>
            </wp:cNvGraphicFramePr>
            <a:graphic>
              <a:graphicData uri="http://schemas.openxmlformats.org/drawingml/2006/picture">
                <pic:pic>
                  <pic:nvPicPr>
                    <pic:cNvPr id="87"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8" name="Picture 18"/>
            <wp:cNvGraphicFramePr>
              <a:graphicFrameLocks noChangeAspect="1"/>
            </wp:cNvGraphicFramePr>
            <a:graphic>
              <a:graphicData uri="http://schemas.openxmlformats.org/drawingml/2006/picture">
                <pic:pic>
                  <pic:nvPicPr>
                    <pic:cNvPr id="88"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9" name="Picture 19"/>
            <wp:cNvGraphicFramePr>
              <a:graphicFrameLocks noChangeAspect="1"/>
            </wp:cNvGraphicFramePr>
            <a:graphic>
              <a:graphicData uri="http://schemas.openxmlformats.org/drawingml/2006/picture">
                <pic:pic>
                  <pic:nvPicPr>
                    <pic:cNvPr id="89"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0" name="Picture 20"/>
            <wp:cNvGraphicFramePr>
              <a:graphicFrameLocks noChangeAspect="1"/>
            </wp:cNvGraphicFramePr>
            <a:graphic>
              <a:graphicData uri="http://schemas.openxmlformats.org/drawingml/2006/picture">
                <pic:pic>
                  <pic:nvPicPr>
                    <pic:cNvPr id="9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1" name="Picture 21"/>
            <wp:cNvGraphicFramePr>
              <a:graphicFrameLocks noChangeAspect="1"/>
            </wp:cNvGraphicFramePr>
            <a:graphic>
              <a:graphicData uri="http://schemas.openxmlformats.org/drawingml/2006/picture">
                <pic:pic>
                  <pic:nvPicPr>
                    <pic:cNvPr id="91"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2" name="Picture 22"/>
            <wp:cNvGraphicFramePr>
              <a:graphicFrameLocks noChangeAspect="1"/>
            </wp:cNvGraphicFramePr>
            <a:graphic>
              <a:graphicData uri="http://schemas.openxmlformats.org/drawingml/2006/picture">
                <pic:pic>
                  <pic:nvPicPr>
                    <pic:cNvPr id="92" name="120.jpg"/>
                    <pic:cNvPicPr/>
                  </pic:nvPicPr>
                  <pic:blipFill>
                    <a:blip r:embed="rId15"/>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年度纳税信用</w:t>
      </w:r>
    </w:p>
    <w:p>
      <w:pPr>
        <w:pStyle w:val="Heading5"/>
        <w:spacing w:line="360" w:lineRule="auto" w:before="0" w:after="0"/>
        <w:ind w:firstLine="420"/>
      </w:pPr>
      <w:r>
        <w:t>净利润</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3719236"/>
            <wp:docPr id="93" name="Picture 1"/>
            <wp:cNvGraphicFramePr>
              <a:graphicFrameLocks noChangeAspect="1"/>
            </wp:cNvGraphicFramePr>
            <a:graphic>
              <a:graphicData uri="http://schemas.openxmlformats.org/drawingml/2006/picture">
                <pic:pic>
                  <pic:nvPicPr>
                    <pic:cNvPr id="93"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4" name="Picture 2"/>
            <wp:cNvGraphicFramePr>
              <a:graphicFrameLocks noChangeAspect="1"/>
            </wp:cNvGraphicFramePr>
            <a:graphic>
              <a:graphicData uri="http://schemas.openxmlformats.org/drawingml/2006/picture">
                <pic:pic>
                  <pic:nvPicPr>
                    <pic:cNvPr id="94"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5" name="Picture 3"/>
            <wp:cNvGraphicFramePr>
              <a:graphicFrameLocks noChangeAspect="1"/>
            </wp:cNvGraphicFramePr>
            <a:graphic>
              <a:graphicData uri="http://schemas.openxmlformats.org/drawingml/2006/picture">
                <pic:pic>
                  <pic:nvPicPr>
                    <pic:cNvPr id="95"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6" name="Picture 4"/>
            <wp:cNvGraphicFramePr>
              <a:graphicFrameLocks noChangeAspect="1"/>
            </wp:cNvGraphicFramePr>
            <a:graphic>
              <a:graphicData uri="http://schemas.openxmlformats.org/drawingml/2006/picture">
                <pic:pic>
                  <pic:nvPicPr>
                    <pic:cNvPr id="96"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7" name="Picture 5"/>
            <wp:cNvGraphicFramePr>
              <a:graphicFrameLocks noChangeAspect="1"/>
            </wp:cNvGraphicFramePr>
            <a:graphic>
              <a:graphicData uri="http://schemas.openxmlformats.org/drawingml/2006/picture">
                <pic:pic>
                  <pic:nvPicPr>
                    <pic:cNvPr id="97"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8" name="Picture 6"/>
            <wp:cNvGraphicFramePr>
              <a:graphicFrameLocks noChangeAspect="1"/>
            </wp:cNvGraphicFramePr>
            <a:graphic>
              <a:graphicData uri="http://schemas.openxmlformats.org/drawingml/2006/picture">
                <pic:pic>
                  <pic:nvPicPr>
                    <pic:cNvPr id="98"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99" name="Picture 7"/>
            <wp:cNvGraphicFramePr>
              <a:graphicFrameLocks noChangeAspect="1"/>
            </wp:cNvGraphicFramePr>
            <a:graphic>
              <a:graphicData uri="http://schemas.openxmlformats.org/drawingml/2006/picture">
                <pic:pic>
                  <pic:nvPicPr>
                    <pic:cNvPr id="99"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0" name="Picture 8"/>
            <wp:cNvGraphicFramePr>
              <a:graphicFrameLocks noChangeAspect="1"/>
            </wp:cNvGraphicFramePr>
            <a:graphic>
              <a:graphicData uri="http://schemas.openxmlformats.org/drawingml/2006/picture">
                <pic:pic>
                  <pic:nvPicPr>
                    <pic:cNvPr id="10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1" name="Picture 9"/>
            <wp:cNvGraphicFramePr>
              <a:graphicFrameLocks noChangeAspect="1"/>
            </wp:cNvGraphicFramePr>
            <a:graphic>
              <a:graphicData uri="http://schemas.openxmlformats.org/drawingml/2006/picture">
                <pic:pic>
                  <pic:nvPicPr>
                    <pic:cNvPr id="101"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02" name="Picture 10"/>
            <wp:cNvGraphicFramePr>
              <a:graphicFrameLocks noChangeAspect="1"/>
            </wp:cNvGraphicFramePr>
            <a:graphic>
              <a:graphicData uri="http://schemas.openxmlformats.org/drawingml/2006/picture">
                <pic:pic>
                  <pic:nvPicPr>
                    <pic:cNvPr id="102"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3" name="Picture 11"/>
            <wp:cNvGraphicFramePr>
              <a:graphicFrameLocks noChangeAspect="1"/>
            </wp:cNvGraphicFramePr>
            <a:graphic>
              <a:graphicData uri="http://schemas.openxmlformats.org/drawingml/2006/picture">
                <pic:pic>
                  <pic:nvPicPr>
                    <pic:cNvPr id="103"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4" name="Picture 12"/>
            <wp:cNvGraphicFramePr>
              <a:graphicFrameLocks noChangeAspect="1"/>
            </wp:cNvGraphicFramePr>
            <a:graphic>
              <a:graphicData uri="http://schemas.openxmlformats.org/drawingml/2006/picture">
                <pic:pic>
                  <pic:nvPicPr>
                    <pic:cNvPr id="104"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5" name="Picture 13"/>
            <wp:cNvGraphicFramePr>
              <a:graphicFrameLocks noChangeAspect="1"/>
            </wp:cNvGraphicFramePr>
            <a:graphic>
              <a:graphicData uri="http://schemas.openxmlformats.org/drawingml/2006/picture">
                <pic:pic>
                  <pic:nvPicPr>
                    <pic:cNvPr id="105"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6" name="Picture 14"/>
            <wp:cNvGraphicFramePr>
              <a:graphicFrameLocks noChangeAspect="1"/>
            </wp:cNvGraphicFramePr>
            <a:graphic>
              <a:graphicData uri="http://schemas.openxmlformats.org/drawingml/2006/picture">
                <pic:pic>
                  <pic:nvPicPr>
                    <pic:cNvPr id="106"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7" name="Picture 15"/>
            <wp:cNvGraphicFramePr>
              <a:graphicFrameLocks noChangeAspect="1"/>
            </wp:cNvGraphicFramePr>
            <a:graphic>
              <a:graphicData uri="http://schemas.openxmlformats.org/drawingml/2006/picture">
                <pic:pic>
                  <pic:nvPicPr>
                    <pic:cNvPr id="107"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8" name="Picture 16"/>
            <wp:cNvGraphicFramePr>
              <a:graphicFrameLocks noChangeAspect="1"/>
            </wp:cNvGraphicFramePr>
            <a:graphic>
              <a:graphicData uri="http://schemas.openxmlformats.org/drawingml/2006/picture">
                <pic:pic>
                  <pic:nvPicPr>
                    <pic:cNvPr id="108"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09" name="Picture 17"/>
            <wp:cNvGraphicFramePr>
              <a:graphicFrameLocks noChangeAspect="1"/>
            </wp:cNvGraphicFramePr>
            <a:graphic>
              <a:graphicData uri="http://schemas.openxmlformats.org/drawingml/2006/picture">
                <pic:pic>
                  <pic:nvPicPr>
                    <pic:cNvPr id="109"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0" name="Picture 18"/>
            <wp:cNvGraphicFramePr>
              <a:graphicFrameLocks noChangeAspect="1"/>
            </wp:cNvGraphicFramePr>
            <a:graphic>
              <a:graphicData uri="http://schemas.openxmlformats.org/drawingml/2006/picture">
                <pic:pic>
                  <pic:nvPicPr>
                    <pic:cNvPr id="11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1" name="Picture 19"/>
            <wp:cNvGraphicFramePr>
              <a:graphicFrameLocks noChangeAspect="1"/>
            </wp:cNvGraphicFramePr>
            <a:graphic>
              <a:graphicData uri="http://schemas.openxmlformats.org/drawingml/2006/picture">
                <pic:pic>
                  <pic:nvPicPr>
                    <pic:cNvPr id="111"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2" name="Picture 20"/>
            <wp:cNvGraphicFramePr>
              <a:graphicFrameLocks noChangeAspect="1"/>
            </wp:cNvGraphicFramePr>
            <a:graphic>
              <a:graphicData uri="http://schemas.openxmlformats.org/drawingml/2006/picture">
                <pic:pic>
                  <pic:nvPicPr>
                    <pic:cNvPr id="112"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13" name="Picture 21"/>
            <wp:cNvGraphicFramePr>
              <a:graphicFrameLocks noChangeAspect="1"/>
            </wp:cNvGraphicFramePr>
            <a:graphic>
              <a:graphicData uri="http://schemas.openxmlformats.org/drawingml/2006/picture">
                <pic:pic>
                  <pic:nvPicPr>
                    <pic:cNvPr id="113"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14" name="Picture 22"/>
            <wp:cNvGraphicFramePr>
              <a:graphicFrameLocks noChangeAspect="1"/>
            </wp:cNvGraphicFramePr>
            <a:graphic>
              <a:graphicData uri="http://schemas.openxmlformats.org/drawingml/2006/picture">
                <pic:pic>
                  <pic:nvPicPr>
                    <pic:cNvPr id="114" name="15.jpg"/>
                    <pic:cNvPicPr/>
                  </pic:nvPicPr>
                  <pic:blipFill>
                    <a:blip r:embed="rId28"/>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品牌授权</w:t>
      </w:r>
    </w:p>
    <w:p>
      <w:pPr>
        <w:pStyle w:val="Heading4"/>
        <w:spacing w:line="360" w:lineRule="auto" w:before="0" w:after="0"/>
        <w:ind w:firstLine="420"/>
      </w:pPr>
      <w:r>
        <w:t>自有品牌</w:t>
      </w:r>
    </w:p>
    <w:p>
      <w:pPr>
        <w:pStyle w:val="Heading3"/>
        <w:spacing w:line="360" w:lineRule="auto" w:before="0" w:after="0"/>
        <w:ind w:firstLine="420"/>
      </w:pPr>
      <w:r>
        <w:t>技术评分标准</w:t>
      </w:r>
    </w:p>
    <w:p>
      <w:pPr>
        <w:pStyle w:val="Heading4"/>
        <w:spacing w:line="360" w:lineRule="auto" w:before="0" w:after="0"/>
        <w:ind w:firstLine="420"/>
      </w:pPr>
      <w:r>
        <w:t>服务方案</w:t>
      </w:r>
    </w:p>
    <w:p>
      <w:pPr>
        <w:pStyle w:val="Heading5"/>
        <w:spacing w:line="360" w:lineRule="auto" w:before="0" w:after="0"/>
        <w:ind w:firstLine="420"/>
      </w:pPr>
      <w:r>
        <w:t>整体服务方案</w:t>
      </w:r>
    </w:p>
    <w:p>
      <w:pPr>
        <w:pStyle w:val="Heading5"/>
        <w:spacing w:line="360" w:lineRule="auto" w:before="0" w:after="0"/>
        <w:ind w:firstLine="420"/>
      </w:pPr>
      <w:r>
        <w:t>配送方案</w:t>
      </w:r>
    </w:p>
    <w:p>
      <w:pPr>
        <w:pStyle w:val="Heading5"/>
        <w:spacing w:line="360" w:lineRule="auto" w:before="0" w:after="0"/>
        <w:ind w:firstLine="420"/>
      </w:pPr>
      <w:r>
        <w:t>退换货承诺</w:t>
      </w:r>
    </w:p>
    <w:p>
      <w:pPr>
        <w:pStyle w:val="Heading5"/>
        <w:spacing w:line="360" w:lineRule="auto" w:before="0" w:after="0"/>
        <w:ind w:firstLine="420"/>
      </w:pPr>
      <w:r>
        <w:t>营销方案</w:t>
      </w:r>
    </w:p>
    <w:p>
      <w:pPr>
        <w:pStyle w:val="Heading4"/>
        <w:spacing w:line="360" w:lineRule="auto" w:before="0" w:after="0"/>
        <w:ind w:firstLine="420"/>
      </w:pPr>
      <w:r>
        <w:t>运营能力</w:t>
      </w:r>
    </w:p>
    <w:p>
      <w:pPr>
        <w:pStyle w:val="Heading5"/>
        <w:spacing w:line="360" w:lineRule="auto" w:before="0" w:after="0"/>
        <w:ind w:firstLine="420"/>
      </w:pPr>
      <w:r>
        <w:t>商品基础信息管理</w:t>
      </w:r>
    </w:p>
    <w:p>
      <w:pPr>
        <w:pStyle w:val="Heading5"/>
        <w:spacing w:line="360" w:lineRule="auto" w:before="0" w:after="0"/>
        <w:ind w:firstLine="420"/>
      </w:pPr>
      <w:r>
        <w:t>商品价格管控体系</w:t>
      </w:r>
    </w:p>
    <w:p>
      <w:pPr>
        <w:pStyle w:val="Heading5"/>
        <w:spacing w:line="360" w:lineRule="auto" w:before="0" w:after="0"/>
        <w:ind w:firstLine="420"/>
      </w:pPr>
      <w:r>
        <w:t>商品管理运营团队</w:t>
      </w:r>
    </w:p>
    <w:p>
      <w:pPr>
        <w:pStyle w:val="Heading5"/>
        <w:spacing w:line="360" w:lineRule="auto" w:before="0" w:after="0"/>
        <w:ind w:firstLine="420"/>
      </w:pPr>
      <w:r>
        <w:t>结算团队</w:t>
      </w:r>
    </w:p>
    <w:p>
      <w:pPr>
        <w:pStyle w:val="Heading5"/>
        <w:spacing w:line="360" w:lineRule="auto" w:before="0" w:after="0"/>
        <w:ind w:firstLine="420"/>
      </w:pPr>
      <w:r>
        <w:t>赊销额度承诺</w:t>
      </w:r>
    </w:p>
    <w:p>
      <w:pPr>
        <w:pStyle w:val="Heading5"/>
        <w:spacing w:line="360" w:lineRule="auto" w:before="0" w:after="0"/>
        <w:ind w:firstLine="420"/>
      </w:pPr>
      <w:r>
        <w:t>开票时效</w:t>
      </w:r>
    </w:p>
    <w:p>
      <w:pPr>
        <w:pStyle w:val="Heading5"/>
        <w:spacing w:line="360" w:lineRule="auto" w:before="0" w:after="0"/>
        <w:ind w:firstLine="420"/>
      </w:pPr>
      <w:r>
        <w:t>订单履约管理</w:t>
      </w:r>
    </w:p>
    <w:p>
      <w:pPr>
        <w:pStyle w:val="Heading5"/>
        <w:spacing w:line="360" w:lineRule="auto" w:before="0" w:after="0"/>
        <w:ind w:firstLine="420"/>
      </w:pPr>
      <w:r>
        <w:t>合理库存</w:t>
      </w:r>
    </w:p>
    <w:p>
      <w:pPr>
        <w:pStyle w:val="Heading5"/>
        <w:spacing w:line="360" w:lineRule="auto" w:before="0" w:after="0"/>
        <w:ind w:firstLine="420"/>
      </w:pPr>
      <w:r>
        <w:t>项目管理</w:t>
      </w:r>
    </w:p>
    <w:p>
      <w:pPr>
        <w:pStyle w:val="Heading4"/>
        <w:spacing w:line="360" w:lineRule="auto" w:before="0" w:after="0"/>
        <w:ind w:firstLine="420"/>
      </w:pPr>
      <w:r>
        <w:t>仓储能力</w:t>
      </w:r>
    </w:p>
    <w:p>
      <w:pPr>
        <w:pStyle w:val="Heading4"/>
        <w:spacing w:line="360" w:lineRule="auto" w:before="0" w:after="0"/>
        <w:ind w:firstLine="420"/>
      </w:pPr>
      <w:r>
        <w:t>房产证</w:t>
      </w:r>
    </w:p>
    <w:p>
      <w:pPr>
        <w:pStyle w:val="Heading3"/>
        <w:spacing w:line="360" w:lineRule="auto" w:before="0" w:after="0"/>
        <w:ind w:firstLine="420"/>
      </w:pPr>
      <w:r>
        <w:t>失信行为</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