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spacing w:line="360" w:lineRule="auto" w:before="0" w:after="0"/>
        <w:ind w:firstLine="420"/>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p>
    <w:p>
      <w:pPr>
        <w:pStyle w:val="Heading3"/>
        <w:spacing w:line="360" w:lineRule="auto" w:before="0" w:after="0"/>
        <w:ind w:firstLine="420"/>
      </w:pPr>
      <w:r>
        <w:t>营业执照</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1"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1"/>
            <wp:cNvGraphicFramePr>
              <a:graphicFrameLocks noChangeAspect="1"/>
            </wp:cNvGraphicFramePr>
            <a:graphic>
              <a:graphicData uri="http://schemas.openxmlformats.org/drawingml/2006/picture">
                <pic:pic>
                  <pic:nvPicPr>
                    <pic:cNvPr id="2"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2"/>
            <wp:cNvGraphicFramePr>
              <a:graphicFrameLocks noChangeAspect="1"/>
            </wp:cNvGraphicFramePr>
            <a:graphic>
              <a:graphicData uri="http://schemas.openxmlformats.org/drawingml/2006/picture">
                <pic:pic>
                  <pic:nvPicPr>
                    <pic:cNvPr id="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3"/>
            <wp:cNvGraphicFramePr>
              <a:graphicFrameLocks noChangeAspect="1"/>
            </wp:cNvGraphicFramePr>
            <a:graphic>
              <a:graphicData uri="http://schemas.openxmlformats.org/drawingml/2006/picture">
                <pic:pic>
                  <pic:nvPicPr>
                    <pic:cNvPr id="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4"/>
            <wp:cNvGraphicFramePr>
              <a:graphicFrameLocks noChangeAspect="1"/>
            </wp:cNvGraphicFramePr>
            <a:graphic>
              <a:graphicData uri="http://schemas.openxmlformats.org/drawingml/2006/picture">
                <pic:pic>
                  <pic:nvPicPr>
                    <pic:cNvPr id="5"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5"/>
            <wp:cNvGraphicFramePr>
              <a:graphicFrameLocks noChangeAspect="1"/>
            </wp:cNvGraphicFramePr>
            <a:graphic>
              <a:graphicData uri="http://schemas.openxmlformats.org/drawingml/2006/picture">
                <pic:pic>
                  <pic:nvPicPr>
                    <pic:cNvPr id="6"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6"/>
            <wp:cNvGraphicFramePr>
              <a:graphicFrameLocks noChangeAspect="1"/>
            </wp:cNvGraphicFramePr>
            <a:graphic>
              <a:graphicData uri="http://schemas.openxmlformats.org/drawingml/2006/picture">
                <pic:pic>
                  <pic:nvPicPr>
                    <pic:cNvPr id="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7"/>
            <wp:cNvGraphicFramePr>
              <a:graphicFrameLocks noChangeAspect="1"/>
            </wp:cNvGraphicFramePr>
            <a:graphic>
              <a:graphicData uri="http://schemas.openxmlformats.org/drawingml/2006/picture">
                <pic:pic>
                  <pic:nvPicPr>
                    <pic:cNvPr id="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8"/>
            <wp:cNvGraphicFramePr>
              <a:graphicFrameLocks noChangeAspect="1"/>
            </wp:cNvGraphicFramePr>
            <a:graphic>
              <a:graphicData uri="http://schemas.openxmlformats.org/drawingml/2006/picture">
                <pic:pic>
                  <pic:nvPicPr>
                    <pic:cNvPr id="9"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9"/>
            <wp:cNvGraphicFramePr>
              <a:graphicFrameLocks noChangeAspect="1"/>
            </wp:cNvGraphicFramePr>
            <a:graphic>
              <a:graphicData uri="http://schemas.openxmlformats.org/drawingml/2006/picture">
                <pic:pic>
                  <pic:nvPicPr>
                    <pic:cNvPr id="1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0"/>
            <wp:cNvGraphicFramePr>
              <a:graphicFrameLocks noChangeAspect="1"/>
            </wp:cNvGraphicFramePr>
            <a:graphic>
              <a:graphicData uri="http://schemas.openxmlformats.org/drawingml/2006/picture">
                <pic:pic>
                  <pic:nvPicPr>
                    <pic:cNvPr id="11"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1"/>
            <wp:cNvGraphicFramePr>
              <a:graphicFrameLocks noChangeAspect="1"/>
            </wp:cNvGraphicFramePr>
            <a:graphic>
              <a:graphicData uri="http://schemas.openxmlformats.org/drawingml/2006/picture">
                <pic:pic>
                  <pic:nvPicPr>
                    <pic:cNvPr id="12"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2"/>
            <wp:cNvGraphicFramePr>
              <a:graphicFrameLocks noChangeAspect="1"/>
            </wp:cNvGraphicFramePr>
            <a:graphic>
              <a:graphicData uri="http://schemas.openxmlformats.org/drawingml/2006/picture">
                <pic:pic>
                  <pic:nvPicPr>
                    <pic:cNvPr id="13"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3"/>
            <wp:cNvGraphicFramePr>
              <a:graphicFrameLocks noChangeAspect="1"/>
            </wp:cNvGraphicFramePr>
            <a:graphic>
              <a:graphicData uri="http://schemas.openxmlformats.org/drawingml/2006/picture">
                <pic:pic>
                  <pic:nvPicPr>
                    <pic:cNvPr id="14"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4"/>
            <wp:cNvGraphicFramePr>
              <a:graphicFrameLocks noChangeAspect="1"/>
            </wp:cNvGraphicFramePr>
            <a:graphic>
              <a:graphicData uri="http://schemas.openxmlformats.org/drawingml/2006/picture">
                <pic:pic>
                  <pic:nvPicPr>
                    <pic:cNvPr id="15"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5"/>
            <wp:cNvGraphicFramePr>
              <a:graphicFrameLocks noChangeAspect="1"/>
            </wp:cNvGraphicFramePr>
            <a:graphic>
              <a:graphicData uri="http://schemas.openxmlformats.org/drawingml/2006/picture">
                <pic:pic>
                  <pic:nvPicPr>
                    <pic:cNvPr id="16"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6"/>
            <wp:cNvGraphicFramePr>
              <a:graphicFrameLocks noChangeAspect="1"/>
            </wp:cNvGraphicFramePr>
            <a:graphic>
              <a:graphicData uri="http://schemas.openxmlformats.org/drawingml/2006/picture">
                <pic:pic>
                  <pic:nvPicPr>
                    <pic:cNvPr id="17"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7"/>
            <wp:cNvGraphicFramePr>
              <a:graphicFrameLocks noChangeAspect="1"/>
            </wp:cNvGraphicFramePr>
            <a:graphic>
              <a:graphicData uri="http://schemas.openxmlformats.org/drawingml/2006/picture">
                <pic:pic>
                  <pic:nvPicPr>
                    <pic:cNvPr id="18"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8"/>
            <wp:cNvGraphicFramePr>
              <a:graphicFrameLocks noChangeAspect="1"/>
            </wp:cNvGraphicFramePr>
            <a:graphic>
              <a:graphicData uri="http://schemas.openxmlformats.org/drawingml/2006/picture">
                <pic:pic>
                  <pic:nvPicPr>
                    <pic:cNvPr id="1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19"/>
            <wp:cNvGraphicFramePr>
              <a:graphicFrameLocks noChangeAspect="1"/>
            </wp:cNvGraphicFramePr>
            <a:graphic>
              <a:graphicData uri="http://schemas.openxmlformats.org/drawingml/2006/picture">
                <pic:pic>
                  <pic:nvPicPr>
                    <pic:cNvPr id="2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0"/>
            <wp:cNvGraphicFramePr>
              <a:graphicFrameLocks noChangeAspect="1"/>
            </wp:cNvGraphicFramePr>
            <a:graphic>
              <a:graphicData uri="http://schemas.openxmlformats.org/drawingml/2006/picture">
                <pic:pic>
                  <pic:nvPicPr>
                    <pic:cNvPr id="21"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1"/>
            <wp:cNvGraphicFramePr>
              <a:graphicFrameLocks noChangeAspect="1"/>
            </wp:cNvGraphicFramePr>
            <a:graphic>
              <a:graphicData uri="http://schemas.openxmlformats.org/drawingml/2006/picture">
                <pic:pic>
                  <pic:nvPicPr>
                    <pic:cNvPr id="22"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2"/>
            <wp:cNvGraphicFramePr>
              <a:graphicFrameLocks noChangeAspect="1"/>
            </wp:cNvGraphicFramePr>
            <a:graphic>
              <a:graphicData uri="http://schemas.openxmlformats.org/drawingml/2006/picture">
                <pic:pic>
                  <pic:nvPicPr>
                    <pic:cNvPr id="23" name="118.jpg"/>
                    <pic:cNvPicPr/>
                  </pic:nvPicPr>
                  <pic:blipFill>
                    <a:blip r:embed="rId31"/>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1"/>
            <wp:cNvGraphicFramePr>
              <a:graphicFrameLocks noChangeAspect="1"/>
            </wp:cNvGraphicFramePr>
            <a:graphic>
              <a:graphicData uri="http://schemas.openxmlformats.org/drawingml/2006/picture">
                <pic:pic>
                  <pic:nvPicPr>
                    <pic:cNvPr id="24"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
            <wp:cNvGraphicFramePr>
              <a:graphicFrameLocks noChangeAspect="1"/>
            </wp:cNvGraphicFramePr>
            <a:graphic>
              <a:graphicData uri="http://schemas.openxmlformats.org/drawingml/2006/picture">
                <pic:pic>
                  <pic:nvPicPr>
                    <pic:cNvPr id="25"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3"/>
            <wp:cNvGraphicFramePr>
              <a:graphicFrameLocks noChangeAspect="1"/>
            </wp:cNvGraphicFramePr>
            <a:graphic>
              <a:graphicData uri="http://schemas.openxmlformats.org/drawingml/2006/picture">
                <pic:pic>
                  <pic:nvPicPr>
                    <pic:cNvPr id="26"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4"/>
            <wp:cNvGraphicFramePr>
              <a:graphicFrameLocks noChangeAspect="1"/>
            </wp:cNvGraphicFramePr>
            <a:graphic>
              <a:graphicData uri="http://schemas.openxmlformats.org/drawingml/2006/picture">
                <pic:pic>
                  <pic:nvPicPr>
                    <pic:cNvPr id="27"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5"/>
            <wp:cNvGraphicFramePr>
              <a:graphicFrameLocks noChangeAspect="1"/>
            </wp:cNvGraphicFramePr>
            <a:graphic>
              <a:graphicData uri="http://schemas.openxmlformats.org/drawingml/2006/picture">
                <pic:pic>
                  <pic:nvPicPr>
                    <pic:cNvPr id="2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6"/>
            <wp:cNvGraphicFramePr>
              <a:graphicFrameLocks noChangeAspect="1"/>
            </wp:cNvGraphicFramePr>
            <a:graphic>
              <a:graphicData uri="http://schemas.openxmlformats.org/drawingml/2006/picture">
                <pic:pic>
                  <pic:nvPicPr>
                    <pic:cNvPr id="2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7"/>
            <wp:cNvGraphicFramePr>
              <a:graphicFrameLocks noChangeAspect="1"/>
            </wp:cNvGraphicFramePr>
            <a:graphic>
              <a:graphicData uri="http://schemas.openxmlformats.org/drawingml/2006/picture">
                <pic:pic>
                  <pic:nvPicPr>
                    <pic:cNvPr id="3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8"/>
            <wp:cNvGraphicFramePr>
              <a:graphicFrameLocks noChangeAspect="1"/>
            </wp:cNvGraphicFramePr>
            <a:graphic>
              <a:graphicData uri="http://schemas.openxmlformats.org/drawingml/2006/picture">
                <pic:pic>
                  <pic:nvPicPr>
                    <pic:cNvPr id="31"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9"/>
            <wp:cNvGraphicFramePr>
              <a:graphicFrameLocks noChangeAspect="1"/>
            </wp:cNvGraphicFramePr>
            <a:graphic>
              <a:graphicData uri="http://schemas.openxmlformats.org/drawingml/2006/picture">
                <pic:pic>
                  <pic:nvPicPr>
                    <pic:cNvPr id="32"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0"/>
            <wp:cNvGraphicFramePr>
              <a:graphicFrameLocks noChangeAspect="1"/>
            </wp:cNvGraphicFramePr>
            <a:graphic>
              <a:graphicData uri="http://schemas.openxmlformats.org/drawingml/2006/picture">
                <pic:pic>
                  <pic:nvPicPr>
                    <pic:cNvPr id="3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1"/>
            <wp:cNvGraphicFramePr>
              <a:graphicFrameLocks noChangeAspect="1"/>
            </wp:cNvGraphicFramePr>
            <a:graphic>
              <a:graphicData uri="http://schemas.openxmlformats.org/drawingml/2006/picture">
                <pic:pic>
                  <pic:nvPicPr>
                    <pic:cNvPr id="34"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12"/>
            <wp:cNvGraphicFramePr>
              <a:graphicFrameLocks noChangeAspect="1"/>
            </wp:cNvGraphicFramePr>
            <a:graphic>
              <a:graphicData uri="http://schemas.openxmlformats.org/drawingml/2006/picture">
                <pic:pic>
                  <pic:nvPicPr>
                    <pic:cNvPr id="35"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13"/>
            <wp:cNvGraphicFramePr>
              <a:graphicFrameLocks noChangeAspect="1"/>
            </wp:cNvGraphicFramePr>
            <a:graphic>
              <a:graphicData uri="http://schemas.openxmlformats.org/drawingml/2006/picture">
                <pic:pic>
                  <pic:nvPicPr>
                    <pic:cNvPr id="36"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14"/>
            <wp:cNvGraphicFramePr>
              <a:graphicFrameLocks noChangeAspect="1"/>
            </wp:cNvGraphicFramePr>
            <a:graphic>
              <a:graphicData uri="http://schemas.openxmlformats.org/drawingml/2006/picture">
                <pic:pic>
                  <pic:nvPicPr>
                    <pic:cNvPr id="3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15"/>
            <wp:cNvGraphicFramePr>
              <a:graphicFrameLocks noChangeAspect="1"/>
            </wp:cNvGraphicFramePr>
            <a:graphic>
              <a:graphicData uri="http://schemas.openxmlformats.org/drawingml/2006/picture">
                <pic:pic>
                  <pic:nvPicPr>
                    <pic:cNvPr id="38"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16"/>
            <wp:cNvGraphicFramePr>
              <a:graphicFrameLocks noChangeAspect="1"/>
            </wp:cNvGraphicFramePr>
            <a:graphic>
              <a:graphicData uri="http://schemas.openxmlformats.org/drawingml/2006/picture">
                <pic:pic>
                  <pic:nvPicPr>
                    <pic:cNvPr id="39"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7"/>
            <wp:cNvGraphicFramePr>
              <a:graphicFrameLocks noChangeAspect="1"/>
            </wp:cNvGraphicFramePr>
            <a:graphic>
              <a:graphicData uri="http://schemas.openxmlformats.org/drawingml/2006/picture">
                <pic:pic>
                  <pic:nvPicPr>
                    <pic:cNvPr id="4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18"/>
            <wp:cNvGraphicFramePr>
              <a:graphicFrameLocks noChangeAspect="1"/>
            </wp:cNvGraphicFramePr>
            <a:graphic>
              <a:graphicData uri="http://schemas.openxmlformats.org/drawingml/2006/picture">
                <pic:pic>
                  <pic:nvPicPr>
                    <pic:cNvPr id="41"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19"/>
            <wp:cNvGraphicFramePr>
              <a:graphicFrameLocks noChangeAspect="1"/>
            </wp:cNvGraphicFramePr>
            <a:graphic>
              <a:graphicData uri="http://schemas.openxmlformats.org/drawingml/2006/picture">
                <pic:pic>
                  <pic:nvPicPr>
                    <pic:cNvPr id="42"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0"/>
            <wp:cNvGraphicFramePr>
              <a:graphicFrameLocks noChangeAspect="1"/>
            </wp:cNvGraphicFramePr>
            <a:graphic>
              <a:graphicData uri="http://schemas.openxmlformats.org/drawingml/2006/picture">
                <pic:pic>
                  <pic:nvPicPr>
                    <pic:cNvPr id="43"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21"/>
            <wp:cNvGraphicFramePr>
              <a:graphicFrameLocks noChangeAspect="1"/>
            </wp:cNvGraphicFramePr>
            <a:graphic>
              <a:graphicData uri="http://schemas.openxmlformats.org/drawingml/2006/picture">
                <pic:pic>
                  <pic:nvPicPr>
                    <pic:cNvPr id="44"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22"/>
            <wp:cNvGraphicFramePr>
              <a:graphicFrameLocks noChangeAspect="1"/>
            </wp:cNvGraphicFramePr>
            <a:graphic>
              <a:graphicData uri="http://schemas.openxmlformats.org/drawingml/2006/picture">
                <pic:pic>
                  <pic:nvPicPr>
                    <pic:cNvPr id="4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1"/>
            <wp:cNvGraphicFramePr>
              <a:graphicFrameLocks noChangeAspect="1"/>
            </wp:cNvGraphicFramePr>
            <a:graphic>
              <a:graphicData uri="http://schemas.openxmlformats.org/drawingml/2006/picture">
                <pic:pic>
                  <pic:nvPicPr>
                    <pic:cNvPr id="48" name="11.jpg"/>
                    <pic:cNvPicPr/>
                  </pic:nvPicPr>
                  <pic:blipFill>
                    <a:blip r:embed="rId34"/>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9" name="Picture 1"/>
            <wp:cNvGraphicFramePr>
              <a:graphicFrameLocks noChangeAspect="1"/>
            </wp:cNvGraphicFramePr>
            <a:graphic>
              <a:graphicData uri="http://schemas.openxmlformats.org/drawingml/2006/picture">
                <pic:pic>
                  <pic:nvPicPr>
                    <pic:cNvPr id="49"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2"/>
            <wp:cNvGraphicFramePr>
              <a:graphicFrameLocks noChangeAspect="1"/>
            </wp:cNvGraphicFramePr>
            <a:graphic>
              <a:graphicData uri="http://schemas.openxmlformats.org/drawingml/2006/picture">
                <pic:pic>
                  <pic:nvPicPr>
                    <pic:cNvPr id="5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1" name="Picture 3"/>
            <wp:cNvGraphicFramePr>
              <a:graphicFrameLocks noChangeAspect="1"/>
            </wp:cNvGraphicFramePr>
            <a:graphic>
              <a:graphicData uri="http://schemas.openxmlformats.org/drawingml/2006/picture">
                <pic:pic>
                  <pic:nvPicPr>
                    <pic:cNvPr id="51"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2" name="Picture 4"/>
            <wp:cNvGraphicFramePr>
              <a:graphicFrameLocks noChangeAspect="1"/>
            </wp:cNvGraphicFramePr>
            <a:graphic>
              <a:graphicData uri="http://schemas.openxmlformats.org/drawingml/2006/picture">
                <pic:pic>
                  <pic:nvPicPr>
                    <pic:cNvPr id="5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3" name="Picture 5"/>
            <wp:cNvGraphicFramePr>
              <a:graphicFrameLocks noChangeAspect="1"/>
            </wp:cNvGraphicFramePr>
            <a:graphic>
              <a:graphicData uri="http://schemas.openxmlformats.org/drawingml/2006/picture">
                <pic:pic>
                  <pic:nvPicPr>
                    <pic:cNvPr id="53"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4" name="Picture 6"/>
            <wp:cNvGraphicFramePr>
              <a:graphicFrameLocks noChangeAspect="1"/>
            </wp:cNvGraphicFramePr>
            <a:graphic>
              <a:graphicData uri="http://schemas.openxmlformats.org/drawingml/2006/picture">
                <pic:pic>
                  <pic:nvPicPr>
                    <pic:cNvPr id="54"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7"/>
            <wp:cNvGraphicFramePr>
              <a:graphicFrameLocks noChangeAspect="1"/>
            </wp:cNvGraphicFramePr>
            <a:graphic>
              <a:graphicData uri="http://schemas.openxmlformats.org/drawingml/2006/picture">
                <pic:pic>
                  <pic:nvPicPr>
                    <pic:cNvPr id="5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8"/>
            <wp:cNvGraphicFramePr>
              <a:graphicFrameLocks noChangeAspect="1"/>
            </wp:cNvGraphicFramePr>
            <a:graphic>
              <a:graphicData uri="http://schemas.openxmlformats.org/drawingml/2006/picture">
                <pic:pic>
                  <pic:nvPicPr>
                    <pic:cNvPr id="56"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9"/>
            <wp:cNvGraphicFramePr>
              <a:graphicFrameLocks noChangeAspect="1"/>
            </wp:cNvGraphicFramePr>
            <a:graphic>
              <a:graphicData uri="http://schemas.openxmlformats.org/drawingml/2006/picture">
                <pic:pic>
                  <pic:nvPicPr>
                    <pic:cNvPr id="5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0"/>
            <wp:cNvGraphicFramePr>
              <a:graphicFrameLocks noChangeAspect="1"/>
            </wp:cNvGraphicFramePr>
            <a:graphic>
              <a:graphicData uri="http://schemas.openxmlformats.org/drawingml/2006/picture">
                <pic:pic>
                  <pic:nvPicPr>
                    <pic:cNvPr id="58"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1"/>
            <wp:cNvGraphicFramePr>
              <a:graphicFrameLocks noChangeAspect="1"/>
            </wp:cNvGraphicFramePr>
            <a:graphic>
              <a:graphicData uri="http://schemas.openxmlformats.org/drawingml/2006/picture">
                <pic:pic>
                  <pic:nvPicPr>
                    <pic:cNvPr id="59"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2"/>
            <wp:cNvGraphicFramePr>
              <a:graphicFrameLocks noChangeAspect="1"/>
            </wp:cNvGraphicFramePr>
            <a:graphic>
              <a:graphicData uri="http://schemas.openxmlformats.org/drawingml/2006/picture">
                <pic:pic>
                  <pic:nvPicPr>
                    <pic:cNvPr id="6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3"/>
            <wp:cNvGraphicFramePr>
              <a:graphicFrameLocks noChangeAspect="1"/>
            </wp:cNvGraphicFramePr>
            <a:graphic>
              <a:graphicData uri="http://schemas.openxmlformats.org/drawingml/2006/picture">
                <pic:pic>
                  <pic:nvPicPr>
                    <pic:cNvPr id="6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4"/>
            <wp:cNvGraphicFramePr>
              <a:graphicFrameLocks noChangeAspect="1"/>
            </wp:cNvGraphicFramePr>
            <a:graphic>
              <a:graphicData uri="http://schemas.openxmlformats.org/drawingml/2006/picture">
                <pic:pic>
                  <pic:nvPicPr>
                    <pic:cNvPr id="62"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5"/>
            <wp:cNvGraphicFramePr>
              <a:graphicFrameLocks noChangeAspect="1"/>
            </wp:cNvGraphicFramePr>
            <a:graphic>
              <a:graphicData uri="http://schemas.openxmlformats.org/drawingml/2006/picture">
                <pic:pic>
                  <pic:nvPicPr>
                    <pic:cNvPr id="63"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4" name="Picture 16"/>
            <wp:cNvGraphicFramePr>
              <a:graphicFrameLocks noChangeAspect="1"/>
            </wp:cNvGraphicFramePr>
            <a:graphic>
              <a:graphicData uri="http://schemas.openxmlformats.org/drawingml/2006/picture">
                <pic:pic>
                  <pic:nvPicPr>
                    <pic:cNvPr id="64"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7"/>
            <wp:cNvGraphicFramePr>
              <a:graphicFrameLocks noChangeAspect="1"/>
            </wp:cNvGraphicFramePr>
            <a:graphic>
              <a:graphicData uri="http://schemas.openxmlformats.org/drawingml/2006/picture">
                <pic:pic>
                  <pic:nvPicPr>
                    <pic:cNvPr id="65"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8"/>
            <wp:cNvGraphicFramePr>
              <a:graphicFrameLocks noChangeAspect="1"/>
            </wp:cNvGraphicFramePr>
            <a:graphic>
              <a:graphicData uri="http://schemas.openxmlformats.org/drawingml/2006/picture">
                <pic:pic>
                  <pic:nvPicPr>
                    <pic:cNvPr id="6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19"/>
            <wp:cNvGraphicFramePr>
              <a:graphicFrameLocks noChangeAspect="1"/>
            </wp:cNvGraphicFramePr>
            <a:graphic>
              <a:graphicData uri="http://schemas.openxmlformats.org/drawingml/2006/picture">
                <pic:pic>
                  <pic:nvPicPr>
                    <pic:cNvPr id="67"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20"/>
            <wp:cNvGraphicFramePr>
              <a:graphicFrameLocks noChangeAspect="1"/>
            </wp:cNvGraphicFramePr>
            <a:graphic>
              <a:graphicData uri="http://schemas.openxmlformats.org/drawingml/2006/picture">
                <pic:pic>
                  <pic:nvPicPr>
                    <pic:cNvPr id="6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9" name="Picture 21"/>
            <wp:cNvGraphicFramePr>
              <a:graphicFrameLocks noChangeAspect="1"/>
            </wp:cNvGraphicFramePr>
            <a:graphic>
              <a:graphicData uri="http://schemas.openxmlformats.org/drawingml/2006/picture">
                <pic:pic>
                  <pic:nvPicPr>
                    <pic:cNvPr id="6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22"/>
            <wp:cNvGraphicFramePr>
              <a:graphicFrameLocks noChangeAspect="1"/>
            </wp:cNvGraphicFramePr>
            <a:graphic>
              <a:graphicData uri="http://schemas.openxmlformats.org/drawingml/2006/picture">
                <pic:pic>
                  <pic:nvPicPr>
                    <pic:cNvPr id="70" name="122.jpg"/>
                    <pic:cNvPicPr/>
                  </pic:nvPicPr>
                  <pic:blipFill>
                    <a:blip r:embed="rId22"/>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1" name="Picture 1"/>
            <wp:cNvGraphicFramePr>
              <a:graphicFrameLocks noChangeAspect="1"/>
            </wp:cNvGraphicFramePr>
            <a:graphic>
              <a:graphicData uri="http://schemas.openxmlformats.org/drawingml/2006/picture">
                <pic:pic>
                  <pic:nvPicPr>
                    <pic:cNvPr id="71"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2"/>
            <wp:cNvGraphicFramePr>
              <a:graphicFrameLocks noChangeAspect="1"/>
            </wp:cNvGraphicFramePr>
            <a:graphic>
              <a:graphicData uri="http://schemas.openxmlformats.org/drawingml/2006/picture">
                <pic:pic>
                  <pic:nvPicPr>
                    <pic:cNvPr id="72"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3"/>
            <wp:cNvGraphicFramePr>
              <a:graphicFrameLocks noChangeAspect="1"/>
            </wp:cNvGraphicFramePr>
            <a:graphic>
              <a:graphicData uri="http://schemas.openxmlformats.org/drawingml/2006/picture">
                <pic:pic>
                  <pic:nvPicPr>
                    <pic:cNvPr id="7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4"/>
            <wp:cNvGraphicFramePr>
              <a:graphicFrameLocks noChangeAspect="1"/>
            </wp:cNvGraphicFramePr>
            <a:graphic>
              <a:graphicData uri="http://schemas.openxmlformats.org/drawingml/2006/picture">
                <pic:pic>
                  <pic:nvPicPr>
                    <pic:cNvPr id="74"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5"/>
            <wp:cNvGraphicFramePr>
              <a:graphicFrameLocks noChangeAspect="1"/>
            </wp:cNvGraphicFramePr>
            <a:graphic>
              <a:graphicData uri="http://schemas.openxmlformats.org/drawingml/2006/picture">
                <pic:pic>
                  <pic:nvPicPr>
                    <pic:cNvPr id="75"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6"/>
            <wp:cNvGraphicFramePr>
              <a:graphicFrameLocks noChangeAspect="1"/>
            </wp:cNvGraphicFramePr>
            <a:graphic>
              <a:graphicData uri="http://schemas.openxmlformats.org/drawingml/2006/picture">
                <pic:pic>
                  <pic:nvPicPr>
                    <pic:cNvPr id="7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7"/>
            <wp:cNvGraphicFramePr>
              <a:graphicFrameLocks noChangeAspect="1"/>
            </wp:cNvGraphicFramePr>
            <a:graphic>
              <a:graphicData uri="http://schemas.openxmlformats.org/drawingml/2006/picture">
                <pic:pic>
                  <pic:nvPicPr>
                    <pic:cNvPr id="7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8"/>
            <wp:cNvGraphicFramePr>
              <a:graphicFrameLocks noChangeAspect="1"/>
            </wp:cNvGraphicFramePr>
            <a:graphic>
              <a:graphicData uri="http://schemas.openxmlformats.org/drawingml/2006/picture">
                <pic:pic>
                  <pic:nvPicPr>
                    <pic:cNvPr id="78"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9"/>
            <wp:cNvGraphicFramePr>
              <a:graphicFrameLocks noChangeAspect="1"/>
            </wp:cNvGraphicFramePr>
            <a:graphic>
              <a:graphicData uri="http://schemas.openxmlformats.org/drawingml/2006/picture">
                <pic:pic>
                  <pic:nvPicPr>
                    <pic:cNvPr id="79"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0" name="Picture 10"/>
            <wp:cNvGraphicFramePr>
              <a:graphicFrameLocks noChangeAspect="1"/>
            </wp:cNvGraphicFramePr>
            <a:graphic>
              <a:graphicData uri="http://schemas.openxmlformats.org/drawingml/2006/picture">
                <pic:pic>
                  <pic:nvPicPr>
                    <pic:cNvPr id="8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1" name="Picture 11"/>
            <wp:cNvGraphicFramePr>
              <a:graphicFrameLocks noChangeAspect="1"/>
            </wp:cNvGraphicFramePr>
            <a:graphic>
              <a:graphicData uri="http://schemas.openxmlformats.org/drawingml/2006/picture">
                <pic:pic>
                  <pic:nvPicPr>
                    <pic:cNvPr id="8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2" name="Picture 12"/>
            <wp:cNvGraphicFramePr>
              <a:graphicFrameLocks noChangeAspect="1"/>
            </wp:cNvGraphicFramePr>
            <a:graphic>
              <a:graphicData uri="http://schemas.openxmlformats.org/drawingml/2006/picture">
                <pic:pic>
                  <pic:nvPicPr>
                    <pic:cNvPr id="8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3" name="Picture 13"/>
            <wp:cNvGraphicFramePr>
              <a:graphicFrameLocks noChangeAspect="1"/>
            </wp:cNvGraphicFramePr>
            <a:graphic>
              <a:graphicData uri="http://schemas.openxmlformats.org/drawingml/2006/picture">
                <pic:pic>
                  <pic:nvPicPr>
                    <pic:cNvPr id="83"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4" name="Picture 14"/>
            <wp:cNvGraphicFramePr>
              <a:graphicFrameLocks noChangeAspect="1"/>
            </wp:cNvGraphicFramePr>
            <a:graphic>
              <a:graphicData uri="http://schemas.openxmlformats.org/drawingml/2006/picture">
                <pic:pic>
                  <pic:nvPicPr>
                    <pic:cNvPr id="84"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5" name="Picture 15"/>
            <wp:cNvGraphicFramePr>
              <a:graphicFrameLocks noChangeAspect="1"/>
            </wp:cNvGraphicFramePr>
            <a:graphic>
              <a:graphicData uri="http://schemas.openxmlformats.org/drawingml/2006/picture">
                <pic:pic>
                  <pic:nvPicPr>
                    <pic:cNvPr id="8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6"/>
            <wp:cNvGraphicFramePr>
              <a:graphicFrameLocks noChangeAspect="1"/>
            </wp:cNvGraphicFramePr>
            <a:graphic>
              <a:graphicData uri="http://schemas.openxmlformats.org/drawingml/2006/picture">
                <pic:pic>
                  <pic:nvPicPr>
                    <pic:cNvPr id="86"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7" name="Picture 17"/>
            <wp:cNvGraphicFramePr>
              <a:graphicFrameLocks noChangeAspect="1"/>
            </wp:cNvGraphicFramePr>
            <a:graphic>
              <a:graphicData uri="http://schemas.openxmlformats.org/drawingml/2006/picture">
                <pic:pic>
                  <pic:nvPicPr>
                    <pic:cNvPr id="87"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8"/>
            <wp:cNvGraphicFramePr>
              <a:graphicFrameLocks noChangeAspect="1"/>
            </wp:cNvGraphicFramePr>
            <a:graphic>
              <a:graphicData uri="http://schemas.openxmlformats.org/drawingml/2006/picture">
                <pic:pic>
                  <pic:nvPicPr>
                    <pic:cNvPr id="88"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9" name="Picture 19"/>
            <wp:cNvGraphicFramePr>
              <a:graphicFrameLocks noChangeAspect="1"/>
            </wp:cNvGraphicFramePr>
            <a:graphic>
              <a:graphicData uri="http://schemas.openxmlformats.org/drawingml/2006/picture">
                <pic:pic>
                  <pic:nvPicPr>
                    <pic:cNvPr id="8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0" name="Picture 20"/>
            <wp:cNvGraphicFramePr>
              <a:graphicFrameLocks noChangeAspect="1"/>
            </wp:cNvGraphicFramePr>
            <a:graphic>
              <a:graphicData uri="http://schemas.openxmlformats.org/drawingml/2006/picture">
                <pic:pic>
                  <pic:nvPicPr>
                    <pic:cNvPr id="9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21"/>
            <wp:cNvGraphicFramePr>
              <a:graphicFrameLocks noChangeAspect="1"/>
            </wp:cNvGraphicFramePr>
            <a:graphic>
              <a:graphicData uri="http://schemas.openxmlformats.org/drawingml/2006/picture">
                <pic:pic>
                  <pic:nvPicPr>
                    <pic:cNvPr id="91"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22"/>
            <wp:cNvGraphicFramePr>
              <a:graphicFrameLocks noChangeAspect="1"/>
            </wp:cNvGraphicFramePr>
            <a:graphic>
              <a:graphicData uri="http://schemas.openxmlformats.org/drawingml/2006/picture">
                <pic:pic>
                  <pic:nvPicPr>
                    <pic:cNvPr id="92" name="120.jpg"/>
                    <pic:cNvPicPr/>
                  </pic:nvPicPr>
                  <pic:blipFill>
                    <a:blip r:embed="rId15"/>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3" name="Picture 1"/>
            <wp:cNvGraphicFramePr>
              <a:graphicFrameLocks noChangeAspect="1"/>
            </wp:cNvGraphicFramePr>
            <a:graphic>
              <a:graphicData uri="http://schemas.openxmlformats.org/drawingml/2006/picture">
                <pic:pic>
                  <pic:nvPicPr>
                    <pic:cNvPr id="93"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2"/>
            <wp:cNvGraphicFramePr>
              <a:graphicFrameLocks noChangeAspect="1"/>
            </wp:cNvGraphicFramePr>
            <a:graphic>
              <a:graphicData uri="http://schemas.openxmlformats.org/drawingml/2006/picture">
                <pic:pic>
                  <pic:nvPicPr>
                    <pic:cNvPr id="94"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3"/>
            <wp:cNvGraphicFramePr>
              <a:graphicFrameLocks noChangeAspect="1"/>
            </wp:cNvGraphicFramePr>
            <a:graphic>
              <a:graphicData uri="http://schemas.openxmlformats.org/drawingml/2006/picture">
                <pic:pic>
                  <pic:nvPicPr>
                    <pic:cNvPr id="9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6" name="Picture 4"/>
            <wp:cNvGraphicFramePr>
              <a:graphicFrameLocks noChangeAspect="1"/>
            </wp:cNvGraphicFramePr>
            <a:graphic>
              <a:graphicData uri="http://schemas.openxmlformats.org/drawingml/2006/picture">
                <pic:pic>
                  <pic:nvPicPr>
                    <pic:cNvPr id="96"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7" name="Picture 5"/>
            <wp:cNvGraphicFramePr>
              <a:graphicFrameLocks noChangeAspect="1"/>
            </wp:cNvGraphicFramePr>
            <a:graphic>
              <a:graphicData uri="http://schemas.openxmlformats.org/drawingml/2006/picture">
                <pic:pic>
                  <pic:nvPicPr>
                    <pic:cNvPr id="9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8" name="Picture 6"/>
            <wp:cNvGraphicFramePr>
              <a:graphicFrameLocks noChangeAspect="1"/>
            </wp:cNvGraphicFramePr>
            <a:graphic>
              <a:graphicData uri="http://schemas.openxmlformats.org/drawingml/2006/picture">
                <pic:pic>
                  <pic:nvPicPr>
                    <pic:cNvPr id="9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9" name="Picture 7"/>
            <wp:cNvGraphicFramePr>
              <a:graphicFrameLocks noChangeAspect="1"/>
            </wp:cNvGraphicFramePr>
            <a:graphic>
              <a:graphicData uri="http://schemas.openxmlformats.org/drawingml/2006/picture">
                <pic:pic>
                  <pic:nvPicPr>
                    <pic:cNvPr id="9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0" name="Picture 8"/>
            <wp:cNvGraphicFramePr>
              <a:graphicFrameLocks noChangeAspect="1"/>
            </wp:cNvGraphicFramePr>
            <a:graphic>
              <a:graphicData uri="http://schemas.openxmlformats.org/drawingml/2006/picture">
                <pic:pic>
                  <pic:nvPicPr>
                    <pic:cNvPr id="10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1" name="Picture 9"/>
            <wp:cNvGraphicFramePr>
              <a:graphicFrameLocks noChangeAspect="1"/>
            </wp:cNvGraphicFramePr>
            <a:graphic>
              <a:graphicData uri="http://schemas.openxmlformats.org/drawingml/2006/picture">
                <pic:pic>
                  <pic:nvPicPr>
                    <pic:cNvPr id="101"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2" name="Picture 10"/>
            <wp:cNvGraphicFramePr>
              <a:graphicFrameLocks noChangeAspect="1"/>
            </wp:cNvGraphicFramePr>
            <a:graphic>
              <a:graphicData uri="http://schemas.openxmlformats.org/drawingml/2006/picture">
                <pic:pic>
                  <pic:nvPicPr>
                    <pic:cNvPr id="102"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3" name="Picture 11"/>
            <wp:cNvGraphicFramePr>
              <a:graphicFrameLocks noChangeAspect="1"/>
            </wp:cNvGraphicFramePr>
            <a:graphic>
              <a:graphicData uri="http://schemas.openxmlformats.org/drawingml/2006/picture">
                <pic:pic>
                  <pic:nvPicPr>
                    <pic:cNvPr id="10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2"/>
            <wp:cNvGraphicFramePr>
              <a:graphicFrameLocks noChangeAspect="1"/>
            </wp:cNvGraphicFramePr>
            <a:graphic>
              <a:graphicData uri="http://schemas.openxmlformats.org/drawingml/2006/picture">
                <pic:pic>
                  <pic:nvPicPr>
                    <pic:cNvPr id="10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3"/>
            <wp:cNvGraphicFramePr>
              <a:graphicFrameLocks noChangeAspect="1"/>
            </wp:cNvGraphicFramePr>
            <a:graphic>
              <a:graphicData uri="http://schemas.openxmlformats.org/drawingml/2006/picture">
                <pic:pic>
                  <pic:nvPicPr>
                    <pic:cNvPr id="105"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6" name="Picture 14"/>
            <wp:cNvGraphicFramePr>
              <a:graphicFrameLocks noChangeAspect="1"/>
            </wp:cNvGraphicFramePr>
            <a:graphic>
              <a:graphicData uri="http://schemas.openxmlformats.org/drawingml/2006/picture">
                <pic:pic>
                  <pic:nvPicPr>
                    <pic:cNvPr id="106"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5"/>
            <wp:cNvGraphicFramePr>
              <a:graphicFrameLocks noChangeAspect="1"/>
            </wp:cNvGraphicFramePr>
            <a:graphic>
              <a:graphicData uri="http://schemas.openxmlformats.org/drawingml/2006/picture">
                <pic:pic>
                  <pic:nvPicPr>
                    <pic:cNvPr id="10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8" name="Picture 16"/>
            <wp:cNvGraphicFramePr>
              <a:graphicFrameLocks noChangeAspect="1"/>
            </wp:cNvGraphicFramePr>
            <a:graphic>
              <a:graphicData uri="http://schemas.openxmlformats.org/drawingml/2006/picture">
                <pic:pic>
                  <pic:nvPicPr>
                    <pic:cNvPr id="108"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9" name="Picture 17"/>
            <wp:cNvGraphicFramePr>
              <a:graphicFrameLocks noChangeAspect="1"/>
            </wp:cNvGraphicFramePr>
            <a:graphic>
              <a:graphicData uri="http://schemas.openxmlformats.org/drawingml/2006/picture">
                <pic:pic>
                  <pic:nvPicPr>
                    <pic:cNvPr id="10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8"/>
            <wp:cNvGraphicFramePr>
              <a:graphicFrameLocks noChangeAspect="1"/>
            </wp:cNvGraphicFramePr>
            <a:graphic>
              <a:graphicData uri="http://schemas.openxmlformats.org/drawingml/2006/picture">
                <pic:pic>
                  <pic:nvPicPr>
                    <pic:cNvPr id="11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1" name="Picture 19"/>
            <wp:cNvGraphicFramePr>
              <a:graphicFrameLocks noChangeAspect="1"/>
            </wp:cNvGraphicFramePr>
            <a:graphic>
              <a:graphicData uri="http://schemas.openxmlformats.org/drawingml/2006/picture">
                <pic:pic>
                  <pic:nvPicPr>
                    <pic:cNvPr id="111"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0"/>
            <wp:cNvGraphicFramePr>
              <a:graphicFrameLocks noChangeAspect="1"/>
            </wp:cNvGraphicFramePr>
            <a:graphic>
              <a:graphicData uri="http://schemas.openxmlformats.org/drawingml/2006/picture">
                <pic:pic>
                  <pic:nvPicPr>
                    <pic:cNvPr id="112"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3" name="Picture 21"/>
            <wp:cNvGraphicFramePr>
              <a:graphicFrameLocks noChangeAspect="1"/>
            </wp:cNvGraphicFramePr>
            <a:graphic>
              <a:graphicData uri="http://schemas.openxmlformats.org/drawingml/2006/picture">
                <pic:pic>
                  <pic:nvPicPr>
                    <pic:cNvPr id="11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4" name="Picture 22"/>
            <wp:cNvGraphicFramePr>
              <a:graphicFrameLocks noChangeAspect="1"/>
            </wp:cNvGraphicFramePr>
            <a:graphic>
              <a:graphicData uri="http://schemas.openxmlformats.org/drawingml/2006/picture">
                <pic:pic>
                  <pic:nvPicPr>
                    <pic:cNvPr id="114" name="15.jpg"/>
                    <pic:cNvPicPr/>
                  </pic:nvPicPr>
                  <pic:blipFill>
                    <a:blip r:embed="rId28"/>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