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3.jpg" ContentType="image/png"/>
  <Override PartName="/word/media/image22.jp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辽宁搏海审计[2022]331号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069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5e59ca-fbcf-464b-9493-cdfa150d42d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06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1923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192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0698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9cba46a-8811-48e7-b668-f91883cb5b3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069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