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1.jpg" ContentType="image/png"/>
  <Override PartName="/word/media/image17.jpg" ContentType="image/pn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辽宁搏海审计[2022]331号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19236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1923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0698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9cba46a-8811-48e7-b668-f91883cb5b3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06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1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2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8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0698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e5e59ca-fbcf-464b-9493-cdfa150d42d3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06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2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5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0773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9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07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75766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8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75766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image" Target="media/image21.jpg"/><Relationship Id="rId30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