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2.jpg" ContentType="image/png"/>
  <Override PartName="/word/media/image18.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Arial" w:hAnsi="Arial" w:eastAsia="Arial" w:cs="Arial"/>
        </w:rPr>
      </w:pPr>
      <w:r>
        <w:rPr>
          <w:rFonts w:ascii="Arial" w:hAnsi="Arial" w:eastAsia="Arial" w:cs="Arial"/>
          <w:color w:val="000000"/>
          <w:sz w:val="24"/>
          <w:u w:val="none"/>
        </w:rPr>
        <w:t xml:space="preserve">法定代表人（单位负责人）身份证明</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Times New Roman" w:hAnsi="Times New Roman" w:eastAsia="Times New Roman" w:cs="Times New Roman"/>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投标人名称：</w:t>
      </w:r>
      <w:r>
        <w:rPr>
          <w:rFonts w:ascii="Arial" w:hAnsi="Arial" w:eastAsia="Arial" w:cs="Arial"/>
          <w:color w:val="000000"/>
          <w:sz w:val="24"/>
          <w:u w:val="single"/>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姓名：</w:t>
      </w:r>
      <w:r>
        <w:rPr>
          <w:rFonts w:ascii="Arial" w:hAnsi="Arial" w:eastAsia="Arial" w:cs="Arial"/>
          <w:color w:val="000000"/>
          <w:sz w:val="24"/>
          <w:u w:val="single"/>
        </w:rPr>
        <w:t xml:space="preserve">                </w:t>
      </w:r>
      <w:r>
        <w:rPr>
          <w:rFonts w:ascii="Arial" w:hAnsi="Arial" w:eastAsia="Arial" w:cs="Arial"/>
          <w:color w:val="000000"/>
          <w:sz w:val="24"/>
        </w:rPr>
        <w:t xml:space="preserve">性别：</w:t>
      </w:r>
      <w:r>
        <w:rPr>
          <w:rFonts w:ascii="Arial" w:hAnsi="Arial" w:eastAsia="Arial" w:cs="Arial"/>
          <w:color w:val="000000"/>
          <w:sz w:val="24"/>
          <w:u w:val="single"/>
        </w:rPr>
        <w:t xml:space="preserve">        </w:t>
      </w:r>
      <w:r>
        <w:rPr>
          <w:rFonts w:ascii="Arial" w:hAnsi="Arial" w:eastAsia="Arial" w:cs="Arial"/>
          <w:color w:val="000000"/>
          <w:sz w:val="24"/>
        </w:rPr>
        <w:t xml:space="preserve">年龄：</w:t>
      </w:r>
      <w:r>
        <w:rPr>
          <w:rFonts w:ascii="Arial" w:hAnsi="Arial" w:eastAsia="Arial" w:cs="Arial"/>
          <w:color w:val="000000"/>
          <w:sz w:val="24"/>
          <w:u w:val="single"/>
        </w:rPr>
        <w:t xml:space="preserve">        </w:t>
      </w:r>
      <w:r>
        <w:rPr>
          <w:rFonts w:ascii="Arial" w:hAnsi="Arial" w:eastAsia="Arial" w:cs="Arial"/>
          <w:color w:val="000000"/>
          <w:sz w:val="24"/>
        </w:rPr>
        <w:t xml:space="preserve">职务：</w:t>
      </w:r>
      <w:r>
        <w:rPr>
          <w:rFonts w:ascii="Arial" w:hAnsi="Arial" w:eastAsia="Arial" w:cs="Arial"/>
          <w:color w:val="000000"/>
          <w:sz w:val="24"/>
          <w:u w:val="single"/>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系</w:t>
      </w:r>
      <w:r>
        <w:rPr>
          <w:rFonts w:ascii="Arial" w:hAnsi="Arial" w:eastAsia="Arial" w:cs="Arial"/>
          <w:color w:val="000000"/>
          <w:sz w:val="24"/>
          <w:u w:val="single"/>
        </w:rPr>
        <w:t xml:space="preserve">                        </w:t>
      </w:r>
      <w:r>
        <w:rPr>
          <w:rFonts w:ascii="Arial" w:hAnsi="Arial" w:eastAsia="Arial" w:cs="Arial"/>
          <w:color w:val="000000"/>
          <w:sz w:val="24"/>
        </w:rPr>
        <w:t xml:space="preserve">（投标人名称）的法定代表人（单位负责人）。</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特此证明。</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附：法定代表人（单位负责人）身份证复印件。</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投标人：</w:t>
      </w:r>
      <w:r>
        <w:rPr>
          <w:rFonts w:ascii="Arial" w:hAnsi="Arial" w:eastAsia="Arial" w:cs="Arial"/>
          <w:color w:val="000000"/>
          <w:sz w:val="24"/>
          <w:u w:val="single"/>
        </w:rPr>
        <w:t xml:space="preserve">             </w:t>
      </w:r>
      <w:r>
        <w:rPr>
          <w:rFonts w:ascii="Arial" w:hAnsi="Arial" w:eastAsia="Arial" w:cs="Arial"/>
          <w:color w:val="000000"/>
          <w:sz w:val="24"/>
        </w:rPr>
        <w:t xml:space="preserve">（盖单位章）</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color w:val="000000"/>
          <w:sz w:val="24"/>
          <w:u w:val="single"/>
        </w:rPr>
        <w:t xml:space="preserve">      </w:t>
      </w:r>
      <w:r>
        <w:rPr>
          <w:rFonts w:ascii="Arial" w:hAnsi="Arial" w:eastAsia="Arial" w:cs="Arial"/>
          <w:color w:val="000000"/>
          <w:sz w:val="24"/>
        </w:rPr>
        <w:t xml:space="preserve">年</w:t>
      </w:r>
      <w:r>
        <w:rPr>
          <w:rFonts w:ascii="Arial" w:hAnsi="Arial" w:eastAsia="Arial" w:cs="Arial"/>
          <w:color w:val="000000"/>
          <w:sz w:val="24"/>
          <w:u w:val="single"/>
        </w:rPr>
        <w:t xml:space="preserve">      </w:t>
      </w:r>
      <w:r>
        <w:rPr>
          <w:rFonts w:ascii="Arial" w:hAnsi="Arial" w:eastAsia="Arial" w:cs="Arial"/>
          <w:color w:val="000000"/>
          <w:sz w:val="24"/>
        </w:rPr>
        <w:t xml:space="preserve">月</w:t>
      </w:r>
      <w:r>
        <w:rPr>
          <w:rFonts w:ascii="Arial" w:hAnsi="Arial" w:eastAsia="Arial" w:cs="Arial"/>
          <w:color w:val="000000"/>
          <w:sz w:val="24"/>
          <w:u w:val="single"/>
        </w:rPr>
        <w:t xml:space="preserve">      </w:t>
      </w:r>
      <w:r>
        <w:rPr>
          <w:rFonts w:ascii="Arial" w:hAnsi="Arial" w:eastAsia="Arial" w:cs="Arial"/>
          <w:color w:val="000000"/>
          <w:sz w:val="24"/>
        </w:rPr>
        <w:t xml:space="preserve">日</w:t>
      </w:r>
      <w:r>
        <w:rPr>
          <w:rFonts w:ascii="Arial" w:hAnsi="Arial" w:eastAsia="Arial" w:cs="Arial"/>
        </w:rPr>
      </w:r>
      <w:r>
        <w:rPr>
          <w:rFonts w:ascii="Arial" w:hAnsi="Arial" w:eastAsia="Arial" w:cs="Arial"/>
        </w:rPr>
      </w:r>
    </w:p>
    <w:p>
      <w:pPr>
        <w:pBdr/>
        <w:spacing w:line="360" w:lineRule="auto" w:before="0" w:after="0"/>
        <w:ind w:firstLine="420"/>
        <w:rPr/>
      </w:pPr>
      <w:r/>
      <w:r/>
      <w:r/>
    </w:p>
    <w:p>
      <w:pPr>
        <w:pBdr/>
        <w:spacing w:line="360" w:lineRule="auto" w:before="0" w:after="0"/>
        <w:ind w:firstLine="420"/>
        <w:rPr/>
      </w:pPr>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1"/>
        <w:spacing w:line="360" w:lineRule="auto" w:before="0" w:after="0"/>
        <w:ind w:firstLine="420"/>
      </w:pPr>
      <w:r>
        <w:t>投标保证金</w:t>
      </w:r>
    </w:p>
    <w:p>
      <w:pPr>
        <w:pStyle w:val="Heading2"/>
        <w:spacing w:line="360" w:lineRule="auto" w:before="0" w:after="0"/>
        <w:ind w:firstLine="420"/>
      </w:pPr>
      <w:r>
        <w:t>投标保证金</w:t>
      </w:r>
    </w:p>
    <w:p>
      <w:pPr>
        <w:pStyle w:val="Heading2"/>
        <w:spacing w:line="360" w:lineRule="auto" w:before="0" w:after="0"/>
        <w:ind w:firstLine="420"/>
      </w:pPr>
      <w:r>
        <w:t>增值税专用发票开票信息及快递收件信息</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Style w:val="Heading1"/>
        <w:spacing w:line="360" w:lineRule="auto" w:before="0" w:after="0"/>
        <w:ind w:firstLine="420"/>
      </w:pPr>
      <w:r>
        <w:t>报价表</w:t>
      </w:r>
    </w:p>
    <w:p>
      <w:pPr>
        <w:pStyle w:val="Heading1"/>
        <w:spacing w:line="360" w:lineRule="auto" w:before="0" w:after="0"/>
        <w:ind w:firstLine="420"/>
      </w:pPr>
      <w:r>
        <w:t>商务响应及偏差表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Style w:val="Heading1"/>
        <w:spacing w:line="360" w:lineRule="auto" w:before="0" w:after="0"/>
        <w:ind w:firstLine="420"/>
      </w:pPr>
      <w:r>
        <w:t>资格审查资料</w:t>
      </w:r>
    </w:p>
    <w:p>
      <w:pPr>
        <w:pStyle w:val="Heading2"/>
        <w:spacing w:line="360" w:lineRule="auto" w:before="0" w:after="0"/>
        <w:ind w:firstLine="420"/>
      </w:pPr>
      <w:r>
        <w:t>基本情况表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2"/>
        <w:spacing w:line="360" w:lineRule="auto" w:before="0" w:after="0"/>
        <w:ind w:firstLine="420"/>
      </w:pPr>
      <w:r>
        <w:t>近年财务状况表</w:t>
      </w:r>
    </w:p>
    <w:p>
      <w:pPr>
        <w:pStyle w:val="Heading2"/>
        <w:spacing w:line="360" w:lineRule="auto" w:before="0" w:after="0"/>
        <w:ind w:firstLine="420"/>
      </w:pPr>
      <w:r>
        <w:t>近年完成的类似项目情况表</w:t>
      </w:r>
    </w:p>
    <w:p>
      <w:pPr>
        <w:pStyle w:val="Heading2"/>
        <w:spacing w:line="360" w:lineRule="auto" w:before="0" w:after="0"/>
        <w:ind w:firstLine="420"/>
      </w:pPr>
      <w:r>
        <w:t>正在供货和新承接的项目情况表</w:t>
      </w:r>
    </w:p>
    <w:p>
      <w:pPr>
        <w:pStyle w:val="Heading2"/>
        <w:spacing w:line="360" w:lineRule="auto" w:before="0" w:after="0"/>
        <w:ind w:firstLine="420"/>
      </w:pPr>
      <w:r>
        <w:t>近年发生的诉讼及仲裁情况</w:t>
      </w:r>
    </w:p>
    <w:p>
      <w:pPr>
        <w:pStyle w:val="Heading1"/>
        <w:spacing w:line="360" w:lineRule="auto" w:before="0" w:after="0"/>
        <w:ind w:firstLine="420"/>
      </w:pPr>
      <w:r>
        <w:t>技术性能指标的详细描述</w:t>
      </w:r>
    </w:p>
    <w:p>
      <w:pPr>
        <w:pStyle w:val="Heading2"/>
        <w:spacing w:line="360" w:lineRule="auto" w:before="0" w:after="0"/>
        <w:ind w:firstLine="420"/>
      </w:pPr>
      <w:r>
        <w:t>投标产品技术性能指标的详细描述</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1"/>
        <w:spacing w:line="360" w:lineRule="auto" w:before="0" w:after="0"/>
        <w:ind w:firstLine="420"/>
      </w:pPr>
      <w:r>
        <w:t>技术支持资料</w:t>
      </w:r>
    </w:p>
    <w:p>
      <w:pPr>
        <w:pStyle w:val="Heading2"/>
        <w:spacing w:line="360" w:lineRule="auto" w:before="0" w:after="0"/>
        <w:ind w:firstLine="420"/>
      </w:pPr>
      <w:r>
        <w:t>技术支持资料</w:t>
      </w:r>
    </w:p>
    <w:p>
      <w:pPr>
        <w:pBdr/>
        <w:spacing w:line="360" w:lineRule="auto" w:before="0" w:after="0"/>
        <w:ind w:firstLine="420"/>
        <w:rPr/>
      </w:pPr>
      <w:r>
        <w:t xml:space="preserve">111111233</w:t>
      </w:r>
      <w:r/>
    </w:p>
    <w:p>
      <w:pPr>
        <w:pBdr/>
        <w:spacing w:line="360" w:lineRule="auto" w:before="0" w:after="0"/>
        <w:ind w:firstLine="420"/>
        <w:rPr/>
      </w:pPr>
      <w:r>
        <w:t xml:space="preserve">jdsljlkjlfakds</w:t>
      </w:r>
      <w:r/>
    </w:p>
    <w:p>
      <w:pPr>
        <w:pBdr/>
        <w:spacing w:line="360" w:lineRule="auto" w:before="0" w:after="0"/>
        <w:ind w:firstLine="420"/>
        <w:rPr/>
      </w:pPr>
      <w:r>
        <w:t xml:space="preserve">jsdkfjlsajlfjsadlk</w:t>
      </w:r>
      <w:r/>
    </w:p>
    <w:p>
      <w:pPr>
        <w:pBdr/>
        <w:spacing w:line="360" w:lineRule="auto" w:before="0" w:after="0"/>
        <w:ind w:firstLine="420"/>
        <w:rPr/>
      </w:pPr>
      <w:r>
        <w:t xml:space="preserve">jkdsjflklksadjflkad</w:t>
        <w:br/>
      </w:r>
      <w:r/>
      <w:r/>
    </w:p>
    <w:p>
      <w:pPr>
        <w:pStyle w:val="Heading1"/>
        <w:spacing w:line="360" w:lineRule="auto" w:before="0" w:after="0"/>
        <w:ind w:firstLine="420"/>
      </w:pPr>
      <w:r>
        <w:t>技术服务和质保期服务计划</w:t>
      </w:r>
    </w:p>
    <w:p>
      <w:pPr>
        <w:pStyle w:val="Heading2"/>
        <w:spacing w:line="360" w:lineRule="auto" w:before="0" w:after="0"/>
        <w:ind w:firstLine="420"/>
      </w:pPr>
      <w:r>
        <w:t>技术服务和质保期服务计划</w:t>
      </w:r>
    </w:p>
    <w:p>
      <w:pPr>
        <w:pStyle w:val="Heading1"/>
        <w:spacing w:line="360" w:lineRule="auto" w:before="0" w:after="0"/>
        <w:ind w:firstLine="420"/>
      </w:pPr>
      <w:r>
        <w:t>其他资料</w:t>
      </w:r>
    </w:p>
    <w:p>
      <w:pPr>
        <w:pStyle w:val="Heading2"/>
        <w:spacing w:line="360" w:lineRule="auto" w:before="0" w:after="0"/>
        <w:ind w:firstLine="420"/>
      </w:pPr>
      <w:r>
        <w:t>价格、时效、质量、物流、账期承诺函</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Style w:val="Heading2"/>
        <w:spacing w:line="360" w:lineRule="auto" w:before="0" w:after="0"/>
        <w:ind w:firstLine="420"/>
      </w:pPr>
      <w:r>
        <w:t>廉洁协议</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pStyle w:val="Heading3"/>
        <w:spacing w:line="360" w:lineRule="auto" w:before="0" w:after="0"/>
        <w:ind w:firstLine="420"/>
      </w:pPr>
      <w:r>
        <w:t>营业执照</w:t>
      </w:r>
    </w:p>
    <w:p>
      <w:pPr>
        <w:pStyle w:val="Heading4"/>
        <w:spacing w:line="360" w:lineRule="auto" w:before="0" w:after="0"/>
        <w:ind w:firstLine="420"/>
      </w:pPr>
      <w:r>
        <w:t>盘锦新隆发实业有限公司</w:t>
      </w:r>
    </w:p>
    <w:p>
      <w:pPr>
        <w:spacing w:line="360" w:lineRule="auto" w:before="0" w:after="0"/>
        <w:ind w:firstLine="420"/>
      </w:pPr>
      <w:r>
        <w:drawing>
          <wp:inline xmlns:a="http://schemas.openxmlformats.org/drawingml/2006/main" xmlns:pic="http://schemas.openxmlformats.org/drawingml/2006/picture">
            <wp:extent cx="5274000" cy="7297699"/>
            <wp:docPr id="1" name="Picture 1"/>
            <wp:cNvGraphicFramePr>
              <a:graphicFrameLocks noChangeAspect="1"/>
            </wp:cNvGraphicFramePr>
            <a:graphic>
              <a:graphicData uri="http://schemas.openxmlformats.org/drawingml/2006/picture">
                <pic:pic>
                  <pic:nvPicPr>
                    <pic:cNvPr id="0" name="营业执照.jpg"/>
                    <pic:cNvPicPr/>
                  </pic:nvPicPr>
                  <pic:blipFill>
                    <a:blip r:embed="rId9"/>
                    <a:stretch>
                      <a:fillRect/>
                    </a:stretch>
                  </pic:blipFill>
                  <pic:spPr>
                    <a:xfrm>
                      <a:off x="0" y="0"/>
                      <a:ext cx="5274000" cy="7297699"/>
                    </a:xfrm>
                    <a:prstGeom prst="rect"/>
                  </pic:spPr>
                </pic:pic>
              </a:graphicData>
            </a:graphic>
          </wp:inline>
        </w:drawing>
      </w:r>
    </w:p>
    <w:p>
      <w:pPr>
        <w:pStyle w:val="Heading3"/>
        <w:spacing w:line="360" w:lineRule="auto" w:before="0" w:after="0"/>
        <w:ind w:firstLine="420"/>
      </w:pPr>
      <w:r>
        <w:t>资质要求</w:t>
      </w:r>
    </w:p>
    <w:p>
      <w:pPr>
        <w:pStyle w:val="Heading4"/>
        <w:spacing w:line="360" w:lineRule="auto" w:before="0" w:after="0"/>
        <w:ind w:firstLine="420"/>
      </w:pPr>
      <w:r>
        <w:t>2022年度主营业务收入</w:t>
      </w:r>
    </w:p>
    <w:p>
      <w:pPr>
        <w:pStyle w:val="Heading5"/>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 name="Picture 2"/>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 name="Picture 3"/>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 name="Picture 4"/>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 name="Picture 5"/>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 name="Picture 6"/>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 name="Picture 7"/>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 name="Picture 8"/>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 name="Picture 9"/>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 name="Picture 10"/>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11" name="Picture 11"/>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2" name="Picture 12"/>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3" name="Picture 13"/>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4" name="Picture 14"/>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5" name="Picture 15"/>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6" name="Picture 16"/>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7" name="Picture 17"/>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8" name="Picture 18"/>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9" name="Picture 19"/>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0" name="Picture 20"/>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1" name="Picture 21"/>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2" name="Picture 22"/>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3" name="Picture 23"/>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增值税发票</w:t>
      </w:r>
    </w:p>
    <w:p>
      <w:pPr>
        <w:pStyle w:val="Heading4"/>
        <w:spacing w:line="360" w:lineRule="auto" w:before="0" w:after="0"/>
        <w:ind w:firstLine="420"/>
      </w:pPr>
      <w:r>
        <w:t>配送能力</w:t>
      </w:r>
    </w:p>
    <w:p>
      <w:pPr>
        <w:pStyle w:val="Heading4"/>
        <w:spacing w:line="360" w:lineRule="auto" w:before="0" w:after="0"/>
        <w:ind w:firstLine="420"/>
      </w:pPr>
      <w:r>
        <w:t>售后服务能力</w:t>
      </w:r>
    </w:p>
    <w:p>
      <w:pPr>
        <w:pStyle w:val="Heading4"/>
        <w:spacing w:line="360" w:lineRule="auto" w:before="0" w:after="0"/>
        <w:ind w:firstLine="420"/>
      </w:pPr>
      <w:r>
        <w:t>账期结算能力</w:t>
      </w:r>
    </w:p>
    <w:p>
      <w:pPr>
        <w:pStyle w:val="Heading3"/>
        <w:spacing w:line="360" w:lineRule="auto" w:before="0" w:after="0"/>
        <w:ind w:firstLine="420"/>
      </w:pPr>
      <w:r>
        <w:t>近三年区域内相关品类销售业绩</w:t>
      </w:r>
    </w:p>
    <w:p>
      <w:pPr>
        <w:pStyle w:val="Heading3"/>
        <w:spacing w:line="360" w:lineRule="auto" w:before="0" w:after="0"/>
        <w:ind w:firstLine="420"/>
      </w:pPr>
      <w:r>
        <w:t>财务审计报告</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4" name="Picture 24"/>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5" name="Picture 25"/>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6" name="Picture 26"/>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7" name="Picture 27"/>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28"/>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9" name="Picture 29"/>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0" name="Picture 30"/>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1" name="Picture 31"/>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32"/>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33"/>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4" name="Picture 34"/>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5" name="Picture 35"/>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6" name="Picture 36"/>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7" name="Picture 37"/>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8" name="Picture 38"/>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39" name="Picture 39"/>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0" name="Picture 40"/>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1" name="Picture 41"/>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42"/>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3" name="Picture 43"/>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4" name="Picture 44"/>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5" name="Picture 45"/>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pStyle w:val="Heading3"/>
        <w:spacing w:line="360" w:lineRule="auto" w:before="0" w:after="0"/>
        <w:ind w:firstLine="420"/>
      </w:pPr>
      <w:r>
        <w:t>相关承诺</w:t>
      </w:r>
    </w:p>
    <w:p>
      <w:pPr>
        <w:pStyle w:val="Heading4"/>
        <w:spacing w:line="360" w:lineRule="auto" w:before="0" w:after="0"/>
        <w:ind w:firstLine="420"/>
      </w:pPr>
      <w:r>
        <w:t>品类折扣率</w:t>
      </w:r>
    </w:p>
    <w:p>
      <w:pPr>
        <w:pStyle w:val="Heading4"/>
        <w:spacing w:line="360" w:lineRule="auto" w:before="0" w:after="0"/>
        <w:ind w:firstLine="420"/>
      </w:pPr>
      <w:r>
        <w:t>合同账期要求</w:t>
      </w:r>
    </w:p>
    <w:p>
      <w:pPr>
        <w:pStyle w:val="Heading3"/>
        <w:spacing w:line="360" w:lineRule="auto" w:before="0" w:after="0"/>
        <w:ind w:firstLine="420"/>
      </w:pPr>
      <w:r>
        <w:t>信誉要求</w:t>
      </w:r>
    </w:p>
    <w:p>
      <w:pPr>
        <w:pStyle w:val="Heading4"/>
        <w:spacing w:line="360" w:lineRule="auto" w:before="0" w:after="0"/>
        <w:ind w:firstLine="420"/>
      </w:pPr>
      <w:r>
        <w:t>未发生质量安全责任事故</w:t>
      </w:r>
    </w:p>
    <w:p>
      <w:pPr>
        <w:pStyle w:val="Heading4"/>
        <w:spacing w:line="360" w:lineRule="auto" w:before="0" w:after="0"/>
        <w:ind w:firstLine="420"/>
      </w:pPr>
      <w:r>
        <w:t>全国企业信用信息公示系统</w:t>
      </w:r>
    </w:p>
    <w:p>
      <w:pPr>
        <w:pStyle w:val="Heading4"/>
        <w:spacing w:line="360" w:lineRule="auto" w:before="0" w:after="0"/>
        <w:ind w:firstLine="420"/>
      </w:pPr>
      <w:r>
        <w:t>信用中国</w:t>
      </w:r>
    </w:p>
    <w:p>
      <w:pPr>
        <w:pStyle w:val="Heading4"/>
        <w:spacing w:line="360" w:lineRule="auto" w:before="0" w:after="0"/>
        <w:ind w:firstLine="420"/>
      </w:pPr>
      <w:r>
        <w:t>中国裁判文书网</w:t>
      </w:r>
    </w:p>
    <w:p>
      <w:pPr>
        <w:pStyle w:val="Heading4"/>
        <w:spacing w:line="360" w:lineRule="auto" w:before="0" w:after="0"/>
        <w:ind w:firstLine="420"/>
      </w:pPr>
      <w:r>
        <w:t>投标资格</w:t>
      </w:r>
    </w:p>
    <w:p>
      <w:pPr>
        <w:pStyle w:val="Heading3"/>
        <w:spacing w:line="360" w:lineRule="auto" w:before="0" w:after="0"/>
        <w:ind w:firstLine="420"/>
      </w:pPr>
      <w:r>
        <w:t>非联合体投标声明</w:t>
      </w:r>
    </w:p>
    <w:p>
      <w:pPr>
        <w:pStyle w:val="Heading3"/>
        <w:spacing w:line="360" w:lineRule="auto" w:before="0" w:after="0"/>
        <w:ind w:firstLine="420"/>
      </w:pPr>
      <w:r>
        <w:t>其他资格条件响应声明</w:t>
      </w:r>
    </w:p>
    <w:p>
      <w:pPr>
        <w:pStyle w:val="Heading2"/>
        <w:spacing w:line="360" w:lineRule="auto" w:before="0" w:after="0"/>
        <w:ind w:firstLine="420"/>
      </w:pPr>
      <w:r>
        <w:t>详细评审响应情况</w:t>
      </w:r>
    </w:p>
    <w:p>
      <w:pPr>
        <w:pStyle w:val="Heading3"/>
        <w:spacing w:line="360" w:lineRule="auto" w:before="0" w:after="0"/>
        <w:ind w:firstLine="420"/>
      </w:pPr>
      <w:r>
        <w:t>商务评分标准</w:t>
      </w:r>
    </w:p>
    <w:p>
      <w:pPr>
        <w:pStyle w:val="Heading4"/>
        <w:spacing w:line="360" w:lineRule="auto" w:before="0" w:after="0"/>
        <w:ind w:firstLine="420"/>
      </w:pPr>
      <w:r>
        <w:t>用户评价</w:t>
      </w:r>
    </w:p>
    <w:p>
      <w:pPr>
        <w:pStyle w:val="Heading4"/>
        <w:spacing w:line="360" w:lineRule="auto" w:before="0" w:after="0"/>
        <w:ind w:firstLine="420"/>
      </w:pPr>
      <w:r>
        <w:t>体系认证</w:t>
      </w:r>
    </w:p>
    <w:p>
      <w:pPr>
        <w:pStyle w:val="Heading5"/>
        <w:spacing w:line="360" w:lineRule="auto" w:before="0" w:after="0"/>
        <w:ind w:firstLine="420"/>
      </w:pPr>
      <w:r>
        <w:t>质量管理体系认证</w:t>
      </w:r>
    </w:p>
    <w:p>
      <w:pPr>
        <w:pStyle w:val="Heading6"/>
        <w:spacing w:line="360" w:lineRule="auto" w:before="0" w:after="0"/>
        <w:ind w:firstLine="420"/>
      </w:pPr>
      <w:r>
        <w:t>012020QR1</w:t>
      </w:r>
    </w:p>
    <w:p>
      <w:pPr>
        <w:spacing w:line="360" w:lineRule="auto" w:before="0" w:after="0"/>
        <w:ind w:firstLine="420"/>
      </w:pPr>
      <w:r>
        <w:drawing>
          <wp:inline xmlns:a="http://schemas.openxmlformats.org/drawingml/2006/main" xmlns:pic="http://schemas.openxmlformats.org/drawingml/2006/picture">
            <wp:extent cx="5274000" cy="7461158"/>
            <wp:docPr id="46" name="Picture 46"/>
            <wp:cNvGraphicFramePr>
              <a:graphicFrameLocks noChangeAspect="1"/>
            </wp:cNvGraphicFramePr>
            <a:graphic>
              <a:graphicData uri="http://schemas.openxmlformats.org/drawingml/2006/picture">
                <pic:pic>
                  <pic:nvPicPr>
                    <pic:cNvPr id="0" name="11.jpg"/>
                    <pic:cNvPicPr/>
                  </pic:nvPicPr>
                  <pic:blipFill>
                    <a:blip r:embed="rId32"/>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环境管理体系认证</w:t>
      </w:r>
    </w:p>
    <w:p>
      <w:pPr>
        <w:pStyle w:val="Heading6"/>
        <w:spacing w:line="360" w:lineRule="auto" w:before="0" w:after="0"/>
        <w:ind w:firstLine="420"/>
      </w:pPr>
      <w:r>
        <w:t>012020E</w:t>
      </w:r>
    </w:p>
    <w:p>
      <w:pPr>
        <w:spacing w:line="360" w:lineRule="auto" w:before="0" w:after="0"/>
        <w:ind w:firstLine="420"/>
      </w:pPr>
      <w:r>
        <w:drawing>
          <wp:inline xmlns:a="http://schemas.openxmlformats.org/drawingml/2006/main" xmlns:pic="http://schemas.openxmlformats.org/drawingml/2006/picture">
            <wp:extent cx="5274000" cy="7461158"/>
            <wp:docPr id="47" name="Picture 47"/>
            <wp:cNvGraphicFramePr>
              <a:graphicFrameLocks noChangeAspect="1"/>
            </wp:cNvGraphicFramePr>
            <a:graphic>
              <a:graphicData uri="http://schemas.openxmlformats.org/drawingml/2006/picture">
                <pic:pic>
                  <pic:nvPicPr>
                    <pic:cNvPr id="0" name="11.jpg"/>
                    <pic:cNvPicPr/>
                  </pic:nvPicPr>
                  <pic:blipFill>
                    <a:blip r:embed="rId33"/>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职业健康管理体系认证</w:t>
      </w:r>
    </w:p>
    <w:p>
      <w:pPr>
        <w:pStyle w:val="Heading6"/>
        <w:spacing w:line="360" w:lineRule="auto" w:before="0" w:after="0"/>
        <w:ind w:firstLine="420"/>
      </w:pPr>
      <w:r>
        <w:t>012020S</w:t>
      </w:r>
    </w:p>
    <w:p>
      <w:pPr>
        <w:spacing w:line="360" w:lineRule="auto" w:before="0" w:after="0"/>
        <w:ind w:firstLine="420"/>
      </w:pPr>
      <w:r>
        <w:drawing>
          <wp:inline xmlns:a="http://schemas.openxmlformats.org/drawingml/2006/main" xmlns:pic="http://schemas.openxmlformats.org/drawingml/2006/picture">
            <wp:extent cx="5274000" cy="7461158"/>
            <wp:docPr id="48" name="Picture 48"/>
            <wp:cNvGraphicFramePr>
              <a:graphicFrameLocks noChangeAspect="1"/>
            </wp:cNvGraphicFramePr>
            <a:graphic>
              <a:graphicData uri="http://schemas.openxmlformats.org/drawingml/2006/picture">
                <pic:pic>
                  <pic:nvPicPr>
                    <pic:cNvPr id="0" name="11.jpg"/>
                    <pic:cNvPicPr/>
                  </pic:nvPicPr>
                  <pic:blipFill>
                    <a:blip r:embed="rId34"/>
                    <a:stretch>
                      <a:fillRect/>
                    </a:stretch>
                  </pic:blipFill>
                  <pic:spPr>
                    <a:xfrm>
                      <a:off x="0" y="0"/>
                      <a:ext cx="5274000" cy="7461158"/>
                    </a:xfrm>
                    <a:prstGeom prst="rect"/>
                  </pic:spPr>
                </pic:pic>
              </a:graphicData>
            </a:graphic>
          </wp:inline>
        </w:drawing>
      </w:r>
    </w:p>
    <w:p>
      <w:pPr>
        <w:pStyle w:val="Heading4"/>
        <w:spacing w:line="360" w:lineRule="auto" w:before="0" w:after="0"/>
        <w:ind w:firstLine="420"/>
      </w:pPr>
      <w:r>
        <w:t>历史业绩</w:t>
      </w:r>
    </w:p>
    <w:p>
      <w:pPr>
        <w:pStyle w:val="Heading4"/>
        <w:spacing w:line="360" w:lineRule="auto" w:before="0" w:after="0"/>
        <w:ind w:firstLine="420"/>
      </w:pPr>
      <w:r>
        <w:t>财务状况</w:t>
      </w:r>
    </w:p>
    <w:p>
      <w:pPr>
        <w:pStyle w:val="Heading5"/>
        <w:spacing w:line="360" w:lineRule="auto" w:before="0" w:after="0"/>
        <w:ind w:firstLine="420"/>
      </w:pPr>
      <w:r>
        <w:t>2022年度资产负债率</w:t>
      </w:r>
    </w:p>
    <w:p>
      <w:pPr>
        <w:pStyle w:val="Heading6"/>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0773"/>
            <wp:docPr id="49" name="Picture 49"/>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0" name="Picture 50"/>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1" name="Picture 51"/>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2" name="Picture 52"/>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3" name="Picture 53"/>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4" name="Picture 54"/>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5" name="Picture 55"/>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6" name="Picture 56"/>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7" name="Picture 57"/>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8" name="Picture 58"/>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9" name="Picture 59"/>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60" name="Picture 60"/>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1" name="Picture 61"/>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2" name="Picture 62"/>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3" name="Picture 63"/>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4" name="Picture 64"/>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5" name="Picture 65"/>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6" name="Picture 66"/>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7" name="Picture 67"/>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8" name="Picture 68"/>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9" name="Picture 69"/>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0" name="Picture 70"/>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年度纳税信用</w:t>
      </w:r>
    </w:p>
    <w:p>
      <w:pPr>
        <w:pStyle w:val="Heading5"/>
        <w:spacing w:line="360" w:lineRule="auto" w:before="0" w:after="0"/>
        <w:ind w:firstLine="420"/>
      </w:pPr>
      <w:r>
        <w:t>净利润</w:t>
      </w:r>
    </w:p>
    <w:p>
      <w:pPr>
        <w:pStyle w:val="Heading6"/>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3719236"/>
            <wp:docPr id="71" name="Picture 71"/>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2" name="Picture 72"/>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3" name="Picture 73"/>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4" name="Picture 74"/>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5" name="Picture 75"/>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6" name="Picture 76"/>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77" name="Picture 77"/>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8" name="Picture 78"/>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9" name="Picture 79"/>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0" name="Picture 80"/>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1" name="Picture 81"/>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2" name="Picture 82"/>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3" name="Picture 83"/>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4" name="Picture 84"/>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5" name="Picture 85"/>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86"/>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7" name="Picture 87"/>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8" name="Picture 88"/>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9" name="Picture 89"/>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0" name="Picture 90"/>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1" name="Picture 91"/>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2" name="Picture 92"/>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品牌授权</w:t>
      </w:r>
    </w:p>
    <w:p>
      <w:pPr>
        <w:pStyle w:val="Heading4"/>
        <w:spacing w:line="360" w:lineRule="auto" w:before="0" w:after="0"/>
        <w:ind w:firstLine="420"/>
      </w:pPr>
      <w:r>
        <w:t>自有品牌</w:t>
      </w:r>
    </w:p>
    <w:p>
      <w:pPr>
        <w:pStyle w:val="Heading3"/>
        <w:spacing w:line="360" w:lineRule="auto" w:before="0" w:after="0"/>
        <w:ind w:firstLine="420"/>
      </w:pPr>
      <w:r>
        <w:t>技术评分标准</w:t>
      </w:r>
    </w:p>
    <w:p>
      <w:pPr>
        <w:pStyle w:val="Heading4"/>
        <w:spacing w:line="360" w:lineRule="auto" w:before="0" w:after="0"/>
        <w:ind w:firstLine="420"/>
      </w:pPr>
      <w:r>
        <w:t>服务方案</w:t>
      </w:r>
    </w:p>
    <w:p>
      <w:pPr>
        <w:pStyle w:val="Heading5"/>
        <w:spacing w:line="360" w:lineRule="auto" w:before="0" w:after="0"/>
        <w:ind w:firstLine="420"/>
      </w:pPr>
      <w:r>
        <w:t>整体服务方案</w:t>
      </w:r>
    </w:p>
    <w:p>
      <w:pPr>
        <w:pStyle w:val="Heading5"/>
        <w:spacing w:line="360" w:lineRule="auto" w:before="0" w:after="0"/>
        <w:ind w:firstLine="420"/>
      </w:pPr>
      <w:r>
        <w:t>配送方案</w:t>
      </w:r>
    </w:p>
    <w:p>
      <w:pPr>
        <w:pStyle w:val="Heading5"/>
        <w:spacing w:line="360" w:lineRule="auto" w:before="0" w:after="0"/>
        <w:ind w:firstLine="420"/>
      </w:pPr>
      <w:r>
        <w:t>退换货承诺</w:t>
      </w:r>
    </w:p>
    <w:p>
      <w:pPr>
        <w:pStyle w:val="Heading5"/>
        <w:spacing w:line="360" w:lineRule="auto" w:before="0" w:after="0"/>
        <w:ind w:firstLine="420"/>
      </w:pPr>
      <w:r>
        <w:t>营销方案</w:t>
      </w:r>
    </w:p>
    <w:p>
      <w:pPr>
        <w:pStyle w:val="Heading4"/>
        <w:spacing w:line="360" w:lineRule="auto" w:before="0" w:after="0"/>
        <w:ind w:firstLine="420"/>
      </w:pPr>
      <w:r>
        <w:t>运营能力</w:t>
      </w:r>
    </w:p>
    <w:p>
      <w:pPr>
        <w:pStyle w:val="Heading5"/>
        <w:spacing w:line="360" w:lineRule="auto" w:before="0" w:after="0"/>
        <w:ind w:firstLine="420"/>
      </w:pPr>
      <w:r>
        <w:t>商品基础信息管理</w:t>
      </w:r>
    </w:p>
    <w:p>
      <w:pPr>
        <w:pStyle w:val="Heading5"/>
        <w:spacing w:line="360" w:lineRule="auto" w:before="0" w:after="0"/>
        <w:ind w:firstLine="420"/>
      </w:pPr>
      <w:r>
        <w:t>商品价格管控体系</w:t>
      </w:r>
    </w:p>
    <w:p>
      <w:pPr>
        <w:pStyle w:val="Heading5"/>
        <w:spacing w:line="360" w:lineRule="auto" w:before="0" w:after="0"/>
        <w:ind w:firstLine="420"/>
      </w:pPr>
      <w:r>
        <w:t>商品管理运营团队</w:t>
      </w:r>
    </w:p>
    <w:p>
      <w:pPr>
        <w:pStyle w:val="Heading5"/>
        <w:spacing w:line="360" w:lineRule="auto" w:before="0" w:after="0"/>
        <w:ind w:firstLine="420"/>
      </w:pPr>
      <w:r>
        <w:t>结算团队</w:t>
      </w:r>
    </w:p>
    <w:p>
      <w:pPr>
        <w:pStyle w:val="Heading5"/>
        <w:spacing w:line="360" w:lineRule="auto" w:before="0" w:after="0"/>
        <w:ind w:firstLine="420"/>
      </w:pPr>
      <w:r>
        <w:t>赊销额度承诺</w:t>
      </w:r>
    </w:p>
    <w:p>
      <w:pPr>
        <w:pStyle w:val="Heading5"/>
        <w:spacing w:line="360" w:lineRule="auto" w:before="0" w:after="0"/>
        <w:ind w:firstLine="420"/>
      </w:pPr>
      <w:r>
        <w:t>开票时效</w:t>
      </w:r>
    </w:p>
    <w:p>
      <w:pPr>
        <w:pStyle w:val="Heading5"/>
        <w:spacing w:line="360" w:lineRule="auto" w:before="0" w:after="0"/>
        <w:ind w:firstLine="420"/>
      </w:pPr>
      <w:r>
        <w:t>订单履约管理</w:t>
      </w:r>
    </w:p>
    <w:p>
      <w:pPr>
        <w:pStyle w:val="Heading5"/>
        <w:spacing w:line="360" w:lineRule="auto" w:before="0" w:after="0"/>
        <w:ind w:firstLine="420"/>
      </w:pPr>
      <w:r>
        <w:t>合理库存</w:t>
      </w:r>
    </w:p>
    <w:p>
      <w:pPr>
        <w:pStyle w:val="Heading5"/>
        <w:spacing w:line="360" w:lineRule="auto" w:before="0" w:after="0"/>
        <w:ind w:firstLine="420"/>
      </w:pPr>
      <w:r>
        <w:t>项目管理</w:t>
      </w:r>
    </w:p>
    <w:p>
      <w:pPr>
        <w:pStyle w:val="Heading4"/>
        <w:spacing w:line="360" w:lineRule="auto" w:before="0" w:after="0"/>
        <w:ind w:firstLine="420"/>
      </w:pPr>
      <w:r>
        <w:t>仓储能力</w:t>
      </w:r>
    </w:p>
    <w:p>
      <w:pPr>
        <w:pStyle w:val="Heading5"/>
        <w:spacing w:line="360" w:lineRule="auto" w:before="0" w:after="0"/>
        <w:ind w:firstLine="420"/>
      </w:pPr>
      <w:r>
        <w:t>房产证</w:t>
      </w:r>
    </w:p>
    <w:p>
      <w:pPr>
        <w:pStyle w:val="Heading3"/>
        <w:spacing w:line="360" w:lineRule="auto" w:before="0" w:after="0"/>
        <w:ind w:firstLine="420"/>
      </w:pPr>
      <w:r>
        <w:t>其他因素评分标准</w:t>
      </w:r>
    </w:p>
    <w:p>
      <w:pPr>
        <w:pStyle w:val="Heading4"/>
        <w:spacing w:line="360" w:lineRule="auto" w:before="0" w:after="0"/>
        <w:ind w:firstLine="420"/>
      </w:pPr>
      <w:r>
        <w:t>失信行为</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