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3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4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5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6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7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8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9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0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1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28794"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2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2879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3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25" name="Picture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4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26" name="Picture 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5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27" name="Picture 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6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28" name="Picture 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7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29" name="Picture 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8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30" name="Picture 3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9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31" name="Picture 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0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32" name="Picture 3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1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33" name="Picture 3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2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34" name="Picture 3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3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35" name="Picture 3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4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36" name="Picture 3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5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37" name="Picture 3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6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38" name="Picture 3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7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25283B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5283B"/>
    <w:rsid w:val="0029639D"/>
    <w:rsid w:val="00326F90"/>
    <w:rsid w:val="00383195"/>
    <w:rsid w:val="00AA1D8D"/>
    <w:rsid w:val="00B174A8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8543F3"/>
  <w14:defaultImageDpi w14:val="300"/>
  <w15:docId w15:val="{802B90BA-3A8B-4B13-A4FA-2B86C0A8E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1">
    <w:name w:val="heading 1"/>
    <w:basedOn w:val="a1"/>
    <w:next w:val="a1"/>
    <w:link w:val="10"/>
    <w:uiPriority w:val="9"/>
    <w:qFormat/>
    <w:rsid w:val="00B174A8"/>
    <w:pPr>
      <w:keepNext/>
      <w:keepLines/>
      <w:spacing w:before="480" w:after="0"/>
      <w:outlineLvl w:val="0"/>
    </w:pPr>
    <w:rPr>
      <w:rFonts w:ascii="宋体" w:eastAsia="宋体" w:hAnsi="宋体" w:cstheme="majorBidi"/>
      <w:b/>
      <w:bCs/>
      <w:color w:val="000000"/>
      <w:sz w:val="44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B174A8"/>
    <w:pPr>
      <w:keepNext/>
      <w:keepLines/>
      <w:spacing w:before="200" w:after="0"/>
      <w:outlineLvl w:val="1"/>
    </w:pPr>
    <w:rPr>
      <w:rFonts w:ascii="宋体" w:eastAsia="宋体" w:hAnsi="宋体" w:cstheme="majorBidi"/>
      <w:b/>
      <w:bCs/>
      <w:color w:val="000000"/>
      <w:sz w:val="32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B174A8"/>
    <w:pPr>
      <w:keepNext/>
      <w:keepLines/>
      <w:spacing w:before="200" w:after="0"/>
      <w:outlineLvl w:val="2"/>
    </w:pPr>
    <w:rPr>
      <w:rFonts w:ascii="宋体" w:eastAsia="宋体" w:hAnsi="宋体" w:cstheme="majorBidi"/>
      <w:b/>
      <w:bCs/>
      <w:color w:val="000000"/>
      <w:sz w:val="32"/>
    </w:rPr>
  </w:style>
  <w:style w:type="paragraph" w:styleId="4">
    <w:name w:val="heading 4"/>
    <w:basedOn w:val="a1"/>
    <w:next w:val="a1"/>
    <w:link w:val="40"/>
    <w:uiPriority w:val="9"/>
    <w:unhideWhenUsed/>
    <w:qFormat/>
    <w:rsid w:val="00B174A8"/>
    <w:pPr>
      <w:keepNext/>
      <w:keepLines/>
      <w:spacing w:before="200" w:after="0"/>
      <w:outlineLvl w:val="3"/>
    </w:pPr>
    <w:rPr>
      <w:rFonts w:ascii="宋体" w:eastAsia="宋体" w:hAnsi="宋体" w:cstheme="majorBidi"/>
      <w:b/>
      <w:bCs/>
      <w:iCs/>
      <w:color w:val="000000"/>
      <w:sz w:val="28"/>
    </w:rPr>
  </w:style>
  <w:style w:type="paragraph" w:styleId="5">
    <w:name w:val="heading 5"/>
    <w:basedOn w:val="a1"/>
    <w:next w:val="a1"/>
    <w:link w:val="50"/>
    <w:uiPriority w:val="9"/>
    <w:unhideWhenUsed/>
    <w:qFormat/>
    <w:rsid w:val="00B174A8"/>
    <w:pPr>
      <w:keepNext/>
      <w:keepLines/>
      <w:spacing w:before="200" w:after="0"/>
      <w:outlineLvl w:val="4"/>
    </w:pPr>
    <w:rPr>
      <w:rFonts w:ascii="宋体" w:eastAsia="宋体" w:hAnsi="宋体" w:cstheme="majorBidi"/>
      <w:b/>
      <w:color w:val="000000"/>
      <w:sz w:val="28"/>
    </w:rPr>
  </w:style>
  <w:style w:type="paragraph" w:styleId="6">
    <w:name w:val="heading 6"/>
    <w:basedOn w:val="a1"/>
    <w:next w:val="a1"/>
    <w:link w:val="60"/>
    <w:uiPriority w:val="9"/>
    <w:unhideWhenUsed/>
    <w:qFormat/>
    <w:rsid w:val="00B174A8"/>
    <w:pPr>
      <w:keepNext/>
      <w:keepLines/>
      <w:spacing w:before="200" w:after="0"/>
      <w:outlineLvl w:val="5"/>
    </w:pPr>
    <w:rPr>
      <w:rFonts w:ascii="宋体" w:eastAsia="宋体" w:hAnsi="宋体" w:cstheme="majorBidi"/>
      <w:b/>
      <w:iCs/>
      <w:color w:val="000000"/>
      <w:sz w:val="24"/>
    </w:rPr>
  </w:style>
  <w:style w:type="paragraph" w:styleId="7">
    <w:name w:val="heading 7"/>
    <w:basedOn w:val="a1"/>
    <w:next w:val="a1"/>
    <w:link w:val="70"/>
    <w:uiPriority w:val="9"/>
    <w:unhideWhenUsed/>
    <w:qFormat/>
    <w:rsid w:val="00B174A8"/>
    <w:pPr>
      <w:keepNext/>
      <w:keepLines/>
      <w:spacing w:before="200" w:after="0"/>
      <w:outlineLvl w:val="6"/>
    </w:pPr>
    <w:rPr>
      <w:rFonts w:ascii="宋体" w:eastAsia="宋体" w:hAnsi="宋体" w:cstheme="majorBidi"/>
      <w:b/>
      <w:iCs/>
      <w:color w:val="000000"/>
      <w:sz w:val="24"/>
    </w:rPr>
  </w:style>
  <w:style w:type="paragraph" w:styleId="8">
    <w:name w:val="heading 8"/>
    <w:basedOn w:val="a1"/>
    <w:next w:val="a1"/>
    <w:link w:val="80"/>
    <w:uiPriority w:val="9"/>
    <w:unhideWhenUsed/>
    <w:qFormat/>
    <w:rsid w:val="00B174A8"/>
    <w:pPr>
      <w:keepNext/>
      <w:keepLines/>
      <w:spacing w:before="200" w:after="0"/>
      <w:outlineLvl w:val="7"/>
    </w:pPr>
    <w:rPr>
      <w:rFonts w:ascii="宋体" w:eastAsia="宋体" w:hAnsi="宋体" w:cstheme="majorBidi"/>
      <w:b/>
      <w:color w:val="000000"/>
      <w:sz w:val="24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B174A8"/>
    <w:pPr>
      <w:keepNext/>
      <w:keepLines/>
      <w:spacing w:before="200" w:after="0"/>
      <w:outlineLvl w:val="8"/>
    </w:pPr>
    <w:rPr>
      <w:rFonts w:ascii="宋体" w:eastAsia="宋体" w:hAnsi="宋体" w:cstheme="majorBidi"/>
      <w:b/>
      <w:i/>
      <w:iCs/>
      <w:color w:val="000000"/>
      <w:sz w:val="21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页眉 字符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页脚 字符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标题 1 字符"/>
    <w:basedOn w:val="a2"/>
    <w:link w:val="1"/>
    <w:uiPriority w:val="9"/>
    <w:rsid w:val="00B174A8"/>
    <w:rPr>
      <w:rFonts w:ascii="宋体" w:eastAsia="宋体" w:hAnsi="宋体" w:cstheme="majorBidi"/>
      <w:b/>
      <w:bCs/>
      <w:sz w:val="44"/>
      <w:szCs w:val="28"/>
    </w:rPr>
  </w:style>
  <w:style w:type="character" w:customStyle="1" w:styleId="22">
    <w:name w:val="标题 2 字符"/>
    <w:basedOn w:val="a2"/>
    <w:link w:val="21"/>
    <w:uiPriority w:val="9"/>
    <w:rsid w:val="00B174A8"/>
    <w:rPr>
      <w:rFonts w:ascii="宋体" w:eastAsia="宋体" w:hAnsi="宋体" w:cstheme="majorBidi"/>
      <w:b/>
      <w:bCs/>
      <w:sz w:val="32"/>
      <w:szCs w:val="26"/>
    </w:rPr>
  </w:style>
  <w:style w:type="character" w:customStyle="1" w:styleId="32">
    <w:name w:val="标题 3 字符"/>
    <w:basedOn w:val="a2"/>
    <w:link w:val="31"/>
    <w:uiPriority w:val="9"/>
    <w:rsid w:val="00B174A8"/>
    <w:rPr>
      <w:rFonts w:ascii="宋体" w:eastAsia="宋体" w:hAnsi="宋体" w:cstheme="majorBidi"/>
      <w:b/>
      <w:bCs/>
      <w:sz w:val="32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标题 字符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标题 字符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正文文本 字符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正文文本 2 字符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正文文本 3 字符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宏文本 字符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引用 字符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标题 4 字符"/>
    <w:basedOn w:val="a2"/>
    <w:link w:val="4"/>
    <w:uiPriority w:val="9"/>
    <w:rsid w:val="00B174A8"/>
    <w:rPr>
      <w:rFonts w:ascii="宋体" w:eastAsia="宋体" w:hAnsi="宋体" w:cstheme="majorBidi"/>
      <w:b/>
      <w:bCs/>
      <w:iCs/>
      <w:sz w:val="28"/>
    </w:rPr>
  </w:style>
  <w:style w:type="character" w:customStyle="1" w:styleId="50">
    <w:name w:val="标题 5 字符"/>
    <w:basedOn w:val="a2"/>
    <w:link w:val="5"/>
    <w:uiPriority w:val="9"/>
    <w:rsid w:val="00B174A8"/>
    <w:rPr>
      <w:rFonts w:ascii="宋体" w:eastAsia="宋体" w:hAnsi="宋体" w:cstheme="majorBidi"/>
      <w:sz w:val="28"/>
    </w:rPr>
  </w:style>
  <w:style w:type="character" w:customStyle="1" w:styleId="60">
    <w:name w:val="标题 6 字符"/>
    <w:basedOn w:val="a2"/>
    <w:link w:val="6"/>
    <w:uiPriority w:val="9"/>
    <w:rsid w:val="00B174A8"/>
    <w:rPr>
      <w:rFonts w:ascii="宋体" w:eastAsia="宋体" w:hAnsi="宋体" w:cstheme="majorBidi"/>
      <w:iCs/>
      <w:sz w:val="24"/>
    </w:rPr>
  </w:style>
  <w:style w:type="character" w:customStyle="1" w:styleId="70">
    <w:name w:val="标题 7 字符"/>
    <w:basedOn w:val="a2"/>
    <w:link w:val="7"/>
    <w:uiPriority w:val="9"/>
    <w:rsid w:val="00B174A8"/>
    <w:rPr>
      <w:rFonts w:ascii="宋体" w:eastAsia="宋体" w:hAnsi="宋体" w:cstheme="majorBidi"/>
      <w:iCs/>
      <w:color w:val="404040" w:themeColor="text1" w:themeTint="BF"/>
      <w:sz w:val="24"/>
    </w:rPr>
  </w:style>
  <w:style w:type="character" w:customStyle="1" w:styleId="80">
    <w:name w:val="标题 8 字符"/>
    <w:basedOn w:val="a2"/>
    <w:link w:val="8"/>
    <w:uiPriority w:val="9"/>
    <w:rsid w:val="00B174A8"/>
    <w:rPr>
      <w:rFonts w:ascii="宋体" w:eastAsia="宋体" w:hAnsi="宋体" w:cstheme="majorBidi"/>
      <w:sz w:val="24"/>
      <w:szCs w:val="20"/>
    </w:rPr>
  </w:style>
  <w:style w:type="character" w:customStyle="1" w:styleId="90">
    <w:name w:val="标题 9 字符"/>
    <w:basedOn w:val="a2"/>
    <w:link w:val="9"/>
    <w:uiPriority w:val="9"/>
    <w:semiHidden/>
    <w:rsid w:val="00B174A8"/>
    <w:rPr>
      <w:rFonts w:ascii="宋体" w:eastAsia="宋体" w:hAnsi="宋体" w:cstheme="majorBidi"/>
      <w:i/>
      <w:iCs/>
      <w:color w:val="404040" w:themeColor="text1" w:themeTint="BF"/>
      <w:sz w:val="21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afa">
    <w:name w:val="Intense Quote"/>
    <w:basedOn w:val="a1"/>
    <w:next w:val="a1"/>
    <w:link w:val="afb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明显引用 字符"/>
    <w:basedOn w:val="a2"/>
    <w:link w:val="afa"/>
    <w:uiPriority w:val="30"/>
    <w:rsid w:val="00FC693F"/>
    <w:rPr>
      <w:b/>
      <w:bCs/>
      <w:i/>
      <w:iCs/>
      <w:color w:val="4F81BD" w:themeColor="accent1"/>
    </w:rPr>
  </w:style>
  <w:style w:type="character" w:styleId="afc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d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e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f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TOC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1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2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3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4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8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9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5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6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7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8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image" Target="media/image10.jpg"/><Relationship Id="rId18" Type="http://schemas.openxmlformats.org/officeDocument/2006/relationships/image" Target="media/image11.jpg"/><Relationship Id="rId19" Type="http://schemas.openxmlformats.org/officeDocument/2006/relationships/image" Target="media/image12.jpg"/><Relationship Id="rId20" Type="http://schemas.openxmlformats.org/officeDocument/2006/relationships/image" Target="media/image13.jpg"/><Relationship Id="rId21" Type="http://schemas.openxmlformats.org/officeDocument/2006/relationships/image" Target="media/image14.jpg"/><Relationship Id="rId22" Type="http://schemas.openxmlformats.org/officeDocument/2006/relationships/image" Target="media/image15.jpg"/><Relationship Id="rId23" Type="http://schemas.openxmlformats.org/officeDocument/2006/relationships/image" Target="media/image16.jpg"/><Relationship Id="rId24" Type="http://schemas.openxmlformats.org/officeDocument/2006/relationships/image" Target="media/image17.jpg"/><Relationship Id="rId25" Type="http://schemas.openxmlformats.org/officeDocument/2006/relationships/image" Target="media/image18.jpg"/><Relationship Id="rId26" Type="http://schemas.openxmlformats.org/officeDocument/2006/relationships/image" Target="media/image19.jpg"/><Relationship Id="rId27" Type="http://schemas.openxmlformats.org/officeDocument/2006/relationships/image" Target="media/image20.jpg"/><Relationship Id="rId28" Type="http://schemas.openxmlformats.org/officeDocument/2006/relationships/image" Target="media/image21.jpg"/><Relationship Id="rId29" Type="http://schemas.openxmlformats.org/officeDocument/2006/relationships/image" Target="media/image22.jpg"/><Relationship Id="rId30" Type="http://schemas.openxmlformats.org/officeDocument/2006/relationships/image" Target="media/image23.jpg"/><Relationship Id="rId31" Type="http://schemas.openxmlformats.org/officeDocument/2006/relationships/image" Target="media/image24.jpg"/><Relationship Id="rId32" Type="http://schemas.openxmlformats.org/officeDocument/2006/relationships/image" Target="media/image25.jpg"/><Relationship Id="rId33" Type="http://schemas.openxmlformats.org/officeDocument/2006/relationships/image" Target="media/image26.jpg"/><Relationship Id="rId34" Type="http://schemas.openxmlformats.org/officeDocument/2006/relationships/image" Target="media/image27.jpg"/><Relationship Id="rId35" Type="http://schemas.openxmlformats.org/officeDocument/2006/relationships/image" Target="media/image28.jpg"/><Relationship Id="rId36" Type="http://schemas.openxmlformats.org/officeDocument/2006/relationships/image" Target="media/image29.jpg"/><Relationship Id="rId37" Type="http://schemas.openxmlformats.org/officeDocument/2006/relationships/image" Target="media/image30.jpg"/><Relationship Id="rId38" Type="http://schemas.openxmlformats.org/officeDocument/2006/relationships/image" Target="media/image31.jpg"/><Relationship Id="rId39" Type="http://schemas.openxmlformats.org/officeDocument/2006/relationships/image" Target="media/image32.jpg"/><Relationship Id="rId40" Type="http://schemas.openxmlformats.org/officeDocument/2006/relationships/image" Target="media/image33.jpg"/><Relationship Id="rId41" Type="http://schemas.openxmlformats.org/officeDocument/2006/relationships/image" Target="media/image34.jpg"/><Relationship Id="rId42" Type="http://schemas.openxmlformats.org/officeDocument/2006/relationships/image" Target="media/image35.jpg"/><Relationship Id="rId43" Type="http://schemas.openxmlformats.org/officeDocument/2006/relationships/image" Target="media/image36.jpg"/><Relationship Id="rId44" Type="http://schemas.openxmlformats.org/officeDocument/2006/relationships/image" Target="media/image37.jpg"/><Relationship Id="rId45" Type="http://schemas.openxmlformats.org/officeDocument/2006/relationships/image" Target="media/image3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Administrator</cp:lastModifiedBy>
  <cp:revision>4</cp:revision>
  <dcterms:created xsi:type="dcterms:W3CDTF">2013-12-23T23:15:00Z</dcterms:created>
  <dcterms:modified xsi:type="dcterms:W3CDTF">2021-12-20T05:47:00Z</dcterms:modified>
  <cp:category/>
</cp:coreProperties>
</file>